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5C8BADD" w14:textId="77777777" w:rsidR="00F60338" w:rsidRDefault="00F60338" w:rsidP="00744916">
      <w:pPr>
        <w:spacing w:line="500" w:lineRule="exact"/>
        <w:jc w:val="center"/>
      </w:pPr>
    </w:p>
    <w:p w14:paraId="10B599CA" w14:textId="77777777" w:rsidR="00F60338" w:rsidRDefault="00F60338" w:rsidP="00744916">
      <w:pPr>
        <w:spacing w:line="500" w:lineRule="exact"/>
        <w:jc w:val="center"/>
      </w:pPr>
    </w:p>
    <w:p w14:paraId="2AC27CAA" w14:textId="77777777" w:rsidR="00744916" w:rsidRPr="005906DB" w:rsidRDefault="00744916" w:rsidP="00744916">
      <w:pPr>
        <w:spacing w:line="500" w:lineRule="exact"/>
        <w:jc w:val="center"/>
        <w:rPr>
          <w:rFonts w:ascii="方正小标宋简体" w:eastAsia="方正小标宋简体" w:hAnsi="方正小标宋简体"/>
          <w:sz w:val="44"/>
          <w:lang w:eastAsia="zh-CN"/>
        </w:rPr>
      </w:pPr>
      <w:r w:rsidRPr="005906DB">
        <w:rPr>
          <w:rFonts w:ascii="方正小标宋简体" w:eastAsia="方正小标宋简体" w:hAnsi="方正小标宋简体"/>
          <w:sz w:val="44"/>
          <w:lang w:eastAsia="zh-CN"/>
        </w:rPr>
        <w:t>2026</w:t>
      </w:r>
      <w:r w:rsidRPr="005906DB">
        <w:rPr>
          <w:rFonts w:ascii="方正小标宋简体" w:eastAsia="方正小标宋简体" w:hAnsi="方正小标宋简体" w:hint="eastAsia"/>
          <w:sz w:val="44"/>
          <w:lang w:eastAsia="zh-CN"/>
        </w:rPr>
        <w:t>全国青少年信息素养大赛总决赛</w:t>
      </w:r>
    </w:p>
    <w:p w14:paraId="30B41326" w14:textId="4E5AA843" w:rsidR="00F60338" w:rsidRPr="005906DB" w:rsidRDefault="00000000" w:rsidP="00744916">
      <w:pPr>
        <w:spacing w:line="500" w:lineRule="exact"/>
        <w:jc w:val="center"/>
        <w:rPr>
          <w:lang w:eastAsia="zh-CN"/>
        </w:rPr>
      </w:pPr>
      <w:r w:rsidRPr="005906DB">
        <w:rPr>
          <w:rFonts w:ascii="方正小标宋简体" w:eastAsia="方正小标宋简体" w:hAnsi="方正小标宋简体"/>
          <w:sz w:val="44"/>
          <w:lang w:eastAsia="zh-CN"/>
        </w:rPr>
        <w:t>裁判员与志愿者组织管理服务项目</w:t>
      </w:r>
    </w:p>
    <w:p w14:paraId="074F689B" w14:textId="77777777" w:rsidR="00F60338" w:rsidRPr="005906DB" w:rsidRDefault="00F60338" w:rsidP="00744916">
      <w:pPr>
        <w:spacing w:line="500" w:lineRule="exact"/>
        <w:jc w:val="center"/>
        <w:rPr>
          <w:lang w:eastAsia="zh-CN"/>
        </w:rPr>
      </w:pPr>
    </w:p>
    <w:p w14:paraId="0C6CC6F2" w14:textId="77777777" w:rsidR="00F60338" w:rsidRPr="005906DB" w:rsidRDefault="00F60338" w:rsidP="00744916">
      <w:pPr>
        <w:spacing w:line="500" w:lineRule="exact"/>
        <w:jc w:val="center"/>
        <w:rPr>
          <w:lang w:eastAsia="zh-CN"/>
        </w:rPr>
      </w:pPr>
    </w:p>
    <w:p w14:paraId="4418F413" w14:textId="77777777" w:rsidR="00F60338" w:rsidRPr="005906DB" w:rsidRDefault="00000000" w:rsidP="00744916">
      <w:pPr>
        <w:spacing w:line="500" w:lineRule="exact"/>
        <w:jc w:val="center"/>
        <w:rPr>
          <w:lang w:eastAsia="zh-CN"/>
        </w:rPr>
      </w:pPr>
      <w:r w:rsidRPr="005906DB">
        <w:rPr>
          <w:rFonts w:ascii="黑体" w:eastAsia="黑体" w:hAnsi="黑体"/>
          <w:b/>
          <w:sz w:val="44"/>
          <w:lang w:eastAsia="zh-CN"/>
        </w:rPr>
        <w:t>竞争性磋商文件</w:t>
      </w:r>
    </w:p>
    <w:p w14:paraId="36408EF6" w14:textId="77777777" w:rsidR="00F60338" w:rsidRPr="005906DB" w:rsidRDefault="00F60338" w:rsidP="00744916">
      <w:pPr>
        <w:spacing w:line="500" w:lineRule="exact"/>
        <w:jc w:val="center"/>
        <w:rPr>
          <w:lang w:eastAsia="zh-CN"/>
        </w:rPr>
      </w:pPr>
    </w:p>
    <w:p w14:paraId="7577811A" w14:textId="77777777" w:rsidR="00744916" w:rsidRPr="005906DB" w:rsidRDefault="00744916" w:rsidP="00744916">
      <w:pPr>
        <w:spacing w:line="500" w:lineRule="exact"/>
        <w:jc w:val="center"/>
        <w:rPr>
          <w:lang w:eastAsia="zh-CN"/>
        </w:rPr>
      </w:pPr>
    </w:p>
    <w:p w14:paraId="276C1FA3" w14:textId="77777777" w:rsidR="00744916" w:rsidRPr="005906DB" w:rsidRDefault="00744916" w:rsidP="00744916">
      <w:pPr>
        <w:spacing w:line="500" w:lineRule="exact"/>
        <w:jc w:val="center"/>
        <w:rPr>
          <w:lang w:eastAsia="zh-CN"/>
        </w:rPr>
      </w:pPr>
    </w:p>
    <w:p w14:paraId="67193632" w14:textId="77777777" w:rsidR="00744916" w:rsidRPr="005906DB" w:rsidRDefault="00744916" w:rsidP="00744916">
      <w:pPr>
        <w:spacing w:line="500" w:lineRule="exact"/>
        <w:jc w:val="center"/>
        <w:rPr>
          <w:lang w:eastAsia="zh-CN"/>
        </w:rPr>
      </w:pPr>
    </w:p>
    <w:p w14:paraId="54F2DEF1" w14:textId="77777777" w:rsidR="00744916" w:rsidRPr="005906DB" w:rsidRDefault="00744916" w:rsidP="00744916">
      <w:pPr>
        <w:spacing w:line="500" w:lineRule="exact"/>
        <w:jc w:val="center"/>
        <w:rPr>
          <w:lang w:eastAsia="zh-CN"/>
        </w:rPr>
      </w:pPr>
    </w:p>
    <w:p w14:paraId="65B93E4B" w14:textId="77777777" w:rsidR="00F60338" w:rsidRPr="005906DB" w:rsidRDefault="00F60338" w:rsidP="00744916">
      <w:pPr>
        <w:spacing w:line="500" w:lineRule="exact"/>
        <w:jc w:val="center"/>
        <w:rPr>
          <w:lang w:eastAsia="zh-CN"/>
        </w:rPr>
      </w:pPr>
    </w:p>
    <w:p w14:paraId="0E97B5AA" w14:textId="77777777" w:rsidR="00F60338" w:rsidRPr="005906DB" w:rsidRDefault="00F60338" w:rsidP="00744916">
      <w:pPr>
        <w:spacing w:line="500" w:lineRule="exact"/>
        <w:jc w:val="center"/>
        <w:rPr>
          <w:lang w:eastAsia="zh-CN"/>
        </w:rPr>
      </w:pPr>
    </w:p>
    <w:p w14:paraId="6D20FC3E" w14:textId="77777777" w:rsidR="00F60338" w:rsidRPr="005906DB" w:rsidRDefault="00F60338" w:rsidP="00744916">
      <w:pPr>
        <w:spacing w:line="500" w:lineRule="exact"/>
        <w:jc w:val="center"/>
        <w:rPr>
          <w:lang w:eastAsia="zh-CN"/>
        </w:rPr>
      </w:pPr>
    </w:p>
    <w:p w14:paraId="282E6FA3" w14:textId="77777777" w:rsidR="00744916" w:rsidRPr="005906DB" w:rsidRDefault="00744916" w:rsidP="00744916">
      <w:pPr>
        <w:spacing w:line="500" w:lineRule="exact"/>
        <w:jc w:val="center"/>
        <w:rPr>
          <w:lang w:eastAsia="zh-CN"/>
        </w:rPr>
      </w:pPr>
    </w:p>
    <w:p w14:paraId="23FF2E9B" w14:textId="77777777" w:rsidR="00744916" w:rsidRPr="005906DB" w:rsidRDefault="00744916" w:rsidP="00744916">
      <w:pPr>
        <w:spacing w:line="500" w:lineRule="exact"/>
        <w:jc w:val="center"/>
        <w:rPr>
          <w:lang w:eastAsia="zh-CN"/>
        </w:rPr>
      </w:pPr>
    </w:p>
    <w:p w14:paraId="4B62F1E4" w14:textId="77777777" w:rsidR="00744916" w:rsidRPr="005906DB" w:rsidRDefault="00744916" w:rsidP="00744916">
      <w:pPr>
        <w:spacing w:line="500" w:lineRule="exact"/>
        <w:jc w:val="center"/>
        <w:rPr>
          <w:lang w:eastAsia="zh-CN"/>
        </w:rPr>
      </w:pPr>
    </w:p>
    <w:p w14:paraId="0329CAE1" w14:textId="77777777" w:rsidR="00744916" w:rsidRPr="005906DB" w:rsidRDefault="00744916" w:rsidP="00744916">
      <w:pPr>
        <w:spacing w:line="500" w:lineRule="exact"/>
        <w:jc w:val="center"/>
        <w:rPr>
          <w:lang w:eastAsia="zh-CN"/>
        </w:rPr>
      </w:pPr>
    </w:p>
    <w:p w14:paraId="2579CD49" w14:textId="77777777" w:rsidR="00F60338" w:rsidRPr="005906DB" w:rsidRDefault="00000000" w:rsidP="00744916">
      <w:pPr>
        <w:spacing w:line="500" w:lineRule="exact"/>
        <w:jc w:val="center"/>
        <w:rPr>
          <w:lang w:eastAsia="zh-CN"/>
        </w:rPr>
      </w:pPr>
      <w:r w:rsidRPr="005906DB">
        <w:rPr>
          <w:lang w:eastAsia="zh-CN"/>
        </w:rPr>
        <w:t>采 购 人：中国电子学会</w:t>
      </w:r>
    </w:p>
    <w:p w14:paraId="4CC53F9D" w14:textId="77777777" w:rsidR="00F60338" w:rsidRPr="005906DB" w:rsidRDefault="00000000" w:rsidP="00744916">
      <w:pPr>
        <w:spacing w:line="500" w:lineRule="exact"/>
        <w:jc w:val="center"/>
        <w:rPr>
          <w:lang w:eastAsia="zh-CN"/>
        </w:rPr>
      </w:pPr>
      <w:r w:rsidRPr="005906DB">
        <w:rPr>
          <w:lang w:eastAsia="zh-CN"/>
        </w:rPr>
        <w:t>2026年8月</w:t>
      </w:r>
    </w:p>
    <w:p w14:paraId="4626388F" w14:textId="77777777" w:rsidR="00F60338" w:rsidRPr="005906DB" w:rsidRDefault="00000000" w:rsidP="00744916">
      <w:pPr>
        <w:spacing w:line="500" w:lineRule="exact"/>
        <w:jc w:val="center"/>
        <w:rPr>
          <w:lang w:eastAsia="zh-CN"/>
        </w:rPr>
      </w:pPr>
      <w:r w:rsidRPr="005906DB">
        <w:rPr>
          <w:lang w:eastAsia="zh-CN"/>
        </w:rPr>
        <w:br w:type="page"/>
      </w:r>
    </w:p>
    <w:p w14:paraId="4354AD93" w14:textId="77777777" w:rsidR="00F60338" w:rsidRPr="005906DB" w:rsidRDefault="00000000" w:rsidP="00744916">
      <w:pPr>
        <w:spacing w:before="120" w:after="60" w:line="500" w:lineRule="exact"/>
        <w:jc w:val="both"/>
        <w:rPr>
          <w:lang w:eastAsia="zh-CN"/>
        </w:rPr>
      </w:pPr>
      <w:r w:rsidRPr="005906DB">
        <w:rPr>
          <w:rFonts w:ascii="黑体" w:eastAsia="黑体" w:hAnsi="黑体"/>
          <w:b/>
          <w:lang w:eastAsia="zh-CN"/>
        </w:rPr>
        <w:lastRenderedPageBreak/>
        <w:t>第一章  竞争性磋商采购邀请</w:t>
      </w:r>
    </w:p>
    <w:p w14:paraId="2293C243"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项目概况</w:t>
      </w:r>
    </w:p>
    <w:p w14:paraId="1990405C" w14:textId="60EFB609" w:rsidR="00F60338" w:rsidRPr="005906DB" w:rsidRDefault="00000000" w:rsidP="00744916">
      <w:pPr>
        <w:spacing w:line="500" w:lineRule="exact"/>
        <w:ind w:firstLine="640"/>
        <w:jc w:val="both"/>
        <w:rPr>
          <w:lang w:eastAsia="zh-CN"/>
        </w:rPr>
      </w:pPr>
      <w:r w:rsidRPr="005906DB">
        <w:rPr>
          <w:lang w:eastAsia="zh-CN"/>
        </w:rPr>
        <w:t>2026全国青少年信息素养大赛</w:t>
      </w:r>
      <w:r w:rsidR="00744916" w:rsidRPr="005906DB">
        <w:rPr>
          <w:rFonts w:hint="eastAsia"/>
          <w:lang w:eastAsia="zh-CN"/>
        </w:rPr>
        <w:t>（以下简称大赛）</w:t>
      </w:r>
      <w:r w:rsidRPr="005906DB">
        <w:rPr>
          <w:lang w:eastAsia="zh-CN"/>
        </w:rPr>
        <w:t>裁判员与志愿者组织管理服务采购项目的潜在供应商应在中国电子学会官网获取采购文件，并于2026年8月</w:t>
      </w:r>
      <w:r w:rsidR="005906DB" w:rsidRPr="005906DB">
        <w:rPr>
          <w:lang w:eastAsia="zh-CN"/>
        </w:rPr>
        <w:t>6</w:t>
      </w:r>
      <w:r w:rsidRPr="005906DB">
        <w:rPr>
          <w:lang w:eastAsia="zh-CN"/>
        </w:rPr>
        <w:t>日</w:t>
      </w:r>
      <w:r w:rsidR="005906DB" w:rsidRPr="005906DB">
        <w:rPr>
          <w:lang w:eastAsia="zh-CN"/>
        </w:rPr>
        <w:t>12</w:t>
      </w:r>
      <w:r w:rsidRPr="005906DB">
        <w:rPr>
          <w:lang w:eastAsia="zh-CN"/>
        </w:rPr>
        <w:t>点00分（北京时间）前提交响应文件。</w:t>
      </w:r>
    </w:p>
    <w:p w14:paraId="4E01CFDB"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一、项目基本情况</w:t>
      </w:r>
    </w:p>
    <w:p w14:paraId="46D851CC" w14:textId="77777777" w:rsidR="00F60338" w:rsidRPr="005906DB" w:rsidRDefault="00000000" w:rsidP="00744916">
      <w:pPr>
        <w:spacing w:line="500" w:lineRule="exact"/>
        <w:jc w:val="both"/>
        <w:rPr>
          <w:lang w:eastAsia="zh-CN"/>
        </w:rPr>
      </w:pPr>
      <w:r w:rsidRPr="005906DB">
        <w:rPr>
          <w:lang w:eastAsia="zh-CN"/>
        </w:rPr>
        <w:t>项目名称：2026全国青少年信息素养大赛裁判员与志愿者组织管理服务</w:t>
      </w:r>
    </w:p>
    <w:p w14:paraId="73C6DF64" w14:textId="6DCEAE0E" w:rsidR="00F60338" w:rsidRPr="005906DB" w:rsidRDefault="00000000" w:rsidP="00744916">
      <w:pPr>
        <w:spacing w:line="500" w:lineRule="exact"/>
        <w:jc w:val="both"/>
        <w:rPr>
          <w:lang w:eastAsia="zh-CN"/>
        </w:rPr>
      </w:pPr>
      <w:r w:rsidRPr="005906DB">
        <w:rPr>
          <w:lang w:eastAsia="zh-CN"/>
        </w:rPr>
        <w:t>预算金额：</w:t>
      </w:r>
      <w:r w:rsidR="00744916" w:rsidRPr="005906DB">
        <w:rPr>
          <w:rFonts w:hint="eastAsia"/>
          <w:lang w:eastAsia="zh-CN"/>
        </w:rPr>
        <w:t>45</w:t>
      </w:r>
      <w:r w:rsidRPr="005906DB">
        <w:rPr>
          <w:lang w:eastAsia="zh-CN"/>
        </w:rPr>
        <w:t>万元</w:t>
      </w:r>
    </w:p>
    <w:p w14:paraId="2F74E8D4" w14:textId="11BF0E1A" w:rsidR="00F60338" w:rsidRPr="005906DB" w:rsidRDefault="00000000" w:rsidP="00744916">
      <w:pPr>
        <w:spacing w:line="500" w:lineRule="exact"/>
        <w:jc w:val="both"/>
        <w:rPr>
          <w:lang w:eastAsia="zh-CN"/>
        </w:rPr>
      </w:pPr>
      <w:r w:rsidRPr="005906DB">
        <w:rPr>
          <w:lang w:eastAsia="zh-CN"/>
        </w:rPr>
        <w:t>采购需求：为2026全国青少年信息素养大赛提供裁判员</w:t>
      </w:r>
      <w:r w:rsidR="001D573C" w:rsidRPr="005906DB">
        <w:rPr>
          <w:lang w:eastAsia="zh-CN"/>
        </w:rPr>
        <w:t>筛选</w:t>
      </w:r>
      <w:r w:rsidRPr="005906DB">
        <w:rPr>
          <w:lang w:eastAsia="zh-CN"/>
        </w:rPr>
        <w:t>、组织、管理及校方志愿者</w:t>
      </w:r>
      <w:r w:rsidR="001D573C" w:rsidRPr="005906DB">
        <w:rPr>
          <w:lang w:eastAsia="zh-CN"/>
        </w:rPr>
        <w:t>筛选</w:t>
      </w:r>
      <w:r w:rsidRPr="005906DB">
        <w:rPr>
          <w:lang w:eastAsia="zh-CN"/>
        </w:rPr>
        <w:t>、组织、管理服务，保障大赛顺利进行。</w:t>
      </w:r>
    </w:p>
    <w:p w14:paraId="3314DD44" w14:textId="0FB37F27" w:rsidR="00F60338" w:rsidRPr="005906DB" w:rsidRDefault="00000000" w:rsidP="00744916">
      <w:pPr>
        <w:spacing w:line="500" w:lineRule="exact"/>
        <w:jc w:val="both"/>
      </w:pPr>
      <w:proofErr w:type="spellStart"/>
      <w:r w:rsidRPr="005906DB">
        <w:t>合同履行期限</w:t>
      </w:r>
      <w:proofErr w:type="spellEnd"/>
      <w:r w:rsidRPr="005906DB">
        <w:t>：</w:t>
      </w:r>
      <w:r w:rsidR="00744916" w:rsidRPr="005906DB">
        <w:rPr>
          <w:rFonts w:hint="eastAsia"/>
          <w:lang w:eastAsia="zh-CN"/>
        </w:rPr>
        <w:t>合同生效之日起</w:t>
      </w:r>
      <w:r w:rsidRPr="005906DB">
        <w:t>至2026年9月30日</w:t>
      </w:r>
    </w:p>
    <w:p w14:paraId="427941C9" w14:textId="77777777" w:rsidR="00F60338" w:rsidRPr="005906DB" w:rsidRDefault="00000000" w:rsidP="00744916">
      <w:pPr>
        <w:spacing w:line="500" w:lineRule="exact"/>
        <w:jc w:val="both"/>
        <w:rPr>
          <w:lang w:eastAsia="zh-CN"/>
        </w:rPr>
      </w:pPr>
      <w:r w:rsidRPr="005906DB">
        <w:rPr>
          <w:lang w:eastAsia="zh-CN"/>
        </w:rPr>
        <w:t>本项目不接受联合体。</w:t>
      </w:r>
    </w:p>
    <w:p w14:paraId="40DD8BD2"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二、申请人的资格要求</w:t>
      </w:r>
    </w:p>
    <w:p w14:paraId="0E49BBED" w14:textId="70914537" w:rsidR="00F60338" w:rsidRPr="005906DB" w:rsidRDefault="00000000" w:rsidP="00744916">
      <w:pPr>
        <w:spacing w:line="500" w:lineRule="exact"/>
        <w:ind w:firstLine="640"/>
        <w:jc w:val="both"/>
        <w:rPr>
          <w:lang w:eastAsia="zh-CN"/>
        </w:rPr>
      </w:pPr>
      <w:r w:rsidRPr="005906DB">
        <w:rPr>
          <w:lang w:eastAsia="zh-CN"/>
        </w:rPr>
        <w:t>1.满足《中华人民共和国政府采购法》第二十二条规定</w:t>
      </w:r>
      <w:r w:rsidR="00BE4B52" w:rsidRPr="005906DB">
        <w:rPr>
          <w:rFonts w:hint="eastAsia"/>
          <w:lang w:eastAsia="zh-CN"/>
        </w:rPr>
        <w:t>。</w:t>
      </w:r>
    </w:p>
    <w:p w14:paraId="3DBB3543" w14:textId="77777777" w:rsidR="00F60338" w:rsidRPr="005906DB" w:rsidRDefault="00000000" w:rsidP="00744916">
      <w:pPr>
        <w:spacing w:line="500" w:lineRule="exact"/>
        <w:ind w:firstLine="640"/>
        <w:jc w:val="both"/>
        <w:rPr>
          <w:lang w:eastAsia="zh-CN"/>
        </w:rPr>
      </w:pPr>
      <w:r w:rsidRPr="005906DB">
        <w:rPr>
          <w:lang w:eastAsia="zh-CN"/>
        </w:rPr>
        <w:t>2.落实政府采购政策需满足的资格要求：</w:t>
      </w:r>
    </w:p>
    <w:p w14:paraId="51F70DBA" w14:textId="75954451" w:rsidR="00F60338" w:rsidRPr="005906DB" w:rsidRDefault="00BE4B52" w:rsidP="00744916">
      <w:pPr>
        <w:spacing w:line="500" w:lineRule="exact"/>
        <w:ind w:firstLine="640"/>
        <w:jc w:val="both"/>
        <w:rPr>
          <w:lang w:eastAsia="zh-CN"/>
        </w:rPr>
      </w:pPr>
      <w:r w:rsidRPr="005906DB">
        <w:rPr>
          <w:rFonts w:hint="eastAsia"/>
          <w:lang w:eastAsia="zh-CN"/>
        </w:rPr>
        <w:t>（1）</w:t>
      </w:r>
      <w:r w:rsidRPr="005906DB">
        <w:rPr>
          <w:lang w:eastAsia="zh-CN"/>
        </w:rPr>
        <w:t>供应商应为依法注册的企业法人或其他组织</w:t>
      </w:r>
      <w:r w:rsidRPr="005906DB">
        <w:rPr>
          <w:rFonts w:hint="eastAsia"/>
          <w:lang w:eastAsia="zh-CN"/>
        </w:rPr>
        <w:t>。</w:t>
      </w:r>
    </w:p>
    <w:p w14:paraId="0DD66FDD" w14:textId="172AB61C" w:rsidR="00F60338" w:rsidRPr="005906DB" w:rsidRDefault="00BE4B52" w:rsidP="00744916">
      <w:pPr>
        <w:spacing w:line="500" w:lineRule="exact"/>
        <w:ind w:firstLine="640"/>
        <w:jc w:val="both"/>
        <w:rPr>
          <w:lang w:eastAsia="zh-CN"/>
        </w:rPr>
      </w:pPr>
      <w:r w:rsidRPr="005906DB">
        <w:rPr>
          <w:rFonts w:hint="eastAsia"/>
          <w:lang w:eastAsia="zh-CN"/>
        </w:rPr>
        <w:t>（2）</w:t>
      </w:r>
      <w:r w:rsidRPr="005906DB">
        <w:rPr>
          <w:lang w:eastAsia="zh-CN"/>
        </w:rPr>
        <w:t>供应商不得被列入失信被执行人、重大税收违法案件当事人名单、政府采购严重违法失信行为记录名单。</w:t>
      </w:r>
    </w:p>
    <w:p w14:paraId="768E3C36"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三、获取采购文件</w:t>
      </w:r>
    </w:p>
    <w:p w14:paraId="49A8D608" w14:textId="2F5035E9" w:rsidR="00F60338" w:rsidRPr="005906DB" w:rsidRDefault="00000000" w:rsidP="00744916">
      <w:pPr>
        <w:spacing w:line="500" w:lineRule="exact"/>
        <w:jc w:val="both"/>
        <w:rPr>
          <w:lang w:eastAsia="zh-CN"/>
        </w:rPr>
      </w:pPr>
      <w:r w:rsidRPr="005906DB">
        <w:rPr>
          <w:lang w:eastAsia="zh-CN"/>
        </w:rPr>
        <w:t>时间：2026年8月</w:t>
      </w:r>
      <w:r w:rsidR="005906DB" w:rsidRPr="005906DB">
        <w:rPr>
          <w:lang w:eastAsia="zh-CN"/>
        </w:rPr>
        <w:t>4</w:t>
      </w:r>
      <w:r w:rsidRPr="005906DB">
        <w:rPr>
          <w:lang w:eastAsia="zh-CN"/>
        </w:rPr>
        <w:t>日至2026年8月</w:t>
      </w:r>
      <w:r w:rsidR="005906DB" w:rsidRPr="005906DB">
        <w:rPr>
          <w:lang w:eastAsia="zh-CN"/>
        </w:rPr>
        <w:t>6</w:t>
      </w:r>
      <w:r w:rsidRPr="005906DB">
        <w:rPr>
          <w:lang w:eastAsia="zh-CN"/>
        </w:rPr>
        <w:t>日，每天上午09:00至12:00，下午13:00至17:00（北京时间）</w:t>
      </w:r>
    </w:p>
    <w:p w14:paraId="6D27D8D4" w14:textId="77777777" w:rsidR="00F60338" w:rsidRPr="005906DB" w:rsidRDefault="00000000" w:rsidP="00744916">
      <w:pPr>
        <w:spacing w:line="500" w:lineRule="exact"/>
        <w:jc w:val="both"/>
      </w:pPr>
      <w:proofErr w:type="spellStart"/>
      <w:r w:rsidRPr="005906DB">
        <w:lastRenderedPageBreak/>
        <w:t>获取方式：至中国电子学会官方网站（https</w:t>
      </w:r>
      <w:proofErr w:type="spellEnd"/>
      <w:r w:rsidRPr="005906DB">
        <w:t>://www.cie.org.cn/）下载</w:t>
      </w:r>
    </w:p>
    <w:p w14:paraId="2CB63ABF"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四、响应文件提交</w:t>
      </w:r>
    </w:p>
    <w:p w14:paraId="65F88348" w14:textId="3E92A135" w:rsidR="00F60338" w:rsidRPr="005906DB" w:rsidRDefault="00000000" w:rsidP="00744916">
      <w:pPr>
        <w:spacing w:line="500" w:lineRule="exact"/>
        <w:jc w:val="both"/>
        <w:rPr>
          <w:lang w:eastAsia="zh-CN"/>
        </w:rPr>
      </w:pPr>
      <w:r w:rsidRPr="005906DB">
        <w:rPr>
          <w:lang w:eastAsia="zh-CN"/>
        </w:rPr>
        <w:t>截止时间：2026年8月</w:t>
      </w:r>
      <w:r w:rsidR="004B11D5">
        <w:rPr>
          <w:lang w:eastAsia="zh-CN"/>
        </w:rPr>
        <w:t>6</w:t>
      </w:r>
      <w:r w:rsidRPr="005906DB">
        <w:rPr>
          <w:lang w:eastAsia="zh-CN"/>
        </w:rPr>
        <w:t>日</w:t>
      </w:r>
      <w:r w:rsidR="004B11D5">
        <w:rPr>
          <w:lang w:eastAsia="zh-CN"/>
        </w:rPr>
        <w:t>12</w:t>
      </w:r>
      <w:r w:rsidRPr="005906DB">
        <w:rPr>
          <w:lang w:eastAsia="zh-CN"/>
        </w:rPr>
        <w:t>点00分（北京时间）</w:t>
      </w:r>
    </w:p>
    <w:p w14:paraId="09D14F74" w14:textId="77777777" w:rsidR="00F60338" w:rsidRPr="005906DB" w:rsidRDefault="00000000" w:rsidP="00744916">
      <w:pPr>
        <w:spacing w:line="500" w:lineRule="exact"/>
        <w:jc w:val="both"/>
        <w:rPr>
          <w:lang w:eastAsia="zh-CN"/>
        </w:rPr>
      </w:pPr>
      <w:r w:rsidRPr="005906DB">
        <w:rPr>
          <w:lang w:eastAsia="zh-CN"/>
        </w:rPr>
        <w:t>地点：中国电子学会</w:t>
      </w:r>
    </w:p>
    <w:p w14:paraId="3DE1D701"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五、开启</w:t>
      </w:r>
    </w:p>
    <w:p w14:paraId="1C020E3E" w14:textId="07702165" w:rsidR="00F60338" w:rsidRPr="005906DB" w:rsidRDefault="00000000" w:rsidP="00744916">
      <w:pPr>
        <w:spacing w:line="500" w:lineRule="exact"/>
        <w:jc w:val="both"/>
        <w:rPr>
          <w:lang w:eastAsia="zh-CN"/>
        </w:rPr>
      </w:pPr>
      <w:r w:rsidRPr="005906DB">
        <w:rPr>
          <w:lang w:eastAsia="zh-CN"/>
        </w:rPr>
        <w:t>时间：2026年8月</w:t>
      </w:r>
      <w:r w:rsidR="004B11D5">
        <w:rPr>
          <w:lang w:eastAsia="zh-CN"/>
        </w:rPr>
        <w:t>7</w:t>
      </w:r>
      <w:r w:rsidRPr="005906DB">
        <w:rPr>
          <w:lang w:eastAsia="zh-CN"/>
        </w:rPr>
        <w:t>日9点00分（北京时间）</w:t>
      </w:r>
    </w:p>
    <w:p w14:paraId="15E921F0" w14:textId="77777777" w:rsidR="00F60338" w:rsidRPr="005906DB" w:rsidRDefault="00000000" w:rsidP="00744916">
      <w:pPr>
        <w:spacing w:line="500" w:lineRule="exact"/>
        <w:jc w:val="both"/>
        <w:rPr>
          <w:lang w:eastAsia="zh-CN"/>
        </w:rPr>
      </w:pPr>
      <w:r w:rsidRPr="005906DB">
        <w:rPr>
          <w:lang w:eastAsia="zh-CN"/>
        </w:rPr>
        <w:t>地点：中国电子学会</w:t>
      </w:r>
    </w:p>
    <w:p w14:paraId="2BC7BD9E"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六、公告期限</w:t>
      </w:r>
    </w:p>
    <w:p w14:paraId="28C2308A" w14:textId="77777777" w:rsidR="00F60338" w:rsidRPr="005906DB" w:rsidRDefault="00000000" w:rsidP="00744916">
      <w:pPr>
        <w:spacing w:line="500" w:lineRule="exact"/>
        <w:ind w:firstLine="640"/>
        <w:jc w:val="both"/>
        <w:rPr>
          <w:lang w:eastAsia="zh-CN"/>
        </w:rPr>
      </w:pPr>
      <w:r w:rsidRPr="005906DB">
        <w:rPr>
          <w:lang w:eastAsia="zh-CN"/>
        </w:rPr>
        <w:t>自本公告发布之日起3日。</w:t>
      </w:r>
    </w:p>
    <w:p w14:paraId="3CCCE551"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七、凡对本次采购提出询问，请按以下方式联系</w:t>
      </w:r>
    </w:p>
    <w:p w14:paraId="1B861D55" w14:textId="77777777" w:rsidR="00F60338" w:rsidRPr="005906DB" w:rsidRDefault="00000000" w:rsidP="00744916">
      <w:pPr>
        <w:spacing w:line="500" w:lineRule="exact"/>
        <w:jc w:val="both"/>
        <w:rPr>
          <w:lang w:eastAsia="zh-CN"/>
        </w:rPr>
      </w:pPr>
      <w:r w:rsidRPr="005906DB">
        <w:rPr>
          <w:lang w:eastAsia="zh-CN"/>
        </w:rPr>
        <w:t>采购人：中国电子学会</w:t>
      </w:r>
    </w:p>
    <w:p w14:paraId="0320159B" w14:textId="77777777" w:rsidR="00F60338" w:rsidRPr="005906DB" w:rsidRDefault="00000000" w:rsidP="00744916">
      <w:pPr>
        <w:spacing w:line="500" w:lineRule="exact"/>
        <w:jc w:val="both"/>
        <w:rPr>
          <w:lang w:eastAsia="zh-CN"/>
        </w:rPr>
      </w:pPr>
      <w:r w:rsidRPr="005906DB">
        <w:rPr>
          <w:lang w:eastAsia="zh-CN"/>
        </w:rPr>
        <w:t>地  址：北京市海淀区普惠南里13号</w:t>
      </w:r>
    </w:p>
    <w:p w14:paraId="00E998FB" w14:textId="2B814E7B" w:rsidR="00F60338" w:rsidRPr="005906DB" w:rsidRDefault="00000000" w:rsidP="00744916">
      <w:pPr>
        <w:spacing w:line="500" w:lineRule="exact"/>
        <w:jc w:val="both"/>
        <w:rPr>
          <w:lang w:eastAsia="zh-CN"/>
        </w:rPr>
      </w:pPr>
      <w:r w:rsidRPr="005906DB">
        <w:rPr>
          <w:lang w:eastAsia="zh-CN"/>
        </w:rPr>
        <w:t>联系人：</w:t>
      </w:r>
      <w:r w:rsidR="00744916" w:rsidRPr="005906DB">
        <w:rPr>
          <w:rFonts w:hint="eastAsia"/>
          <w:lang w:eastAsia="zh-CN"/>
        </w:rPr>
        <w:t>张烨</w:t>
      </w:r>
      <w:r w:rsidRPr="005906DB">
        <w:rPr>
          <w:rFonts w:hint="eastAsia"/>
          <w:lang w:eastAsia="zh-CN"/>
        </w:rPr>
        <w:t xml:space="preserve"> </w:t>
      </w:r>
      <w:r w:rsidRPr="005906DB">
        <w:rPr>
          <w:lang w:eastAsia="zh-CN"/>
        </w:rPr>
        <w:t xml:space="preserve"> 电话：</w:t>
      </w:r>
      <w:r w:rsidR="009E492B" w:rsidRPr="005906DB">
        <w:rPr>
          <w:lang w:eastAsia="zh-CN"/>
        </w:rPr>
        <w:t>68600626</w:t>
      </w:r>
    </w:p>
    <w:p w14:paraId="1C9E751C" w14:textId="77777777" w:rsidR="00F60338" w:rsidRPr="005906DB" w:rsidRDefault="00000000" w:rsidP="00744916">
      <w:pPr>
        <w:spacing w:line="500" w:lineRule="exact"/>
        <w:jc w:val="both"/>
        <w:rPr>
          <w:lang w:eastAsia="zh-CN"/>
        </w:rPr>
      </w:pPr>
      <w:r w:rsidRPr="005906DB">
        <w:rPr>
          <w:lang w:eastAsia="zh-CN"/>
        </w:rPr>
        <w:br w:type="page"/>
      </w:r>
    </w:p>
    <w:p w14:paraId="05FF65D2" w14:textId="77777777" w:rsidR="00F60338" w:rsidRPr="005906DB" w:rsidRDefault="00000000" w:rsidP="00744916">
      <w:pPr>
        <w:spacing w:before="120" w:after="60" w:line="500" w:lineRule="exact"/>
        <w:jc w:val="both"/>
        <w:rPr>
          <w:lang w:eastAsia="zh-CN"/>
        </w:rPr>
      </w:pPr>
      <w:r w:rsidRPr="005906DB">
        <w:rPr>
          <w:rFonts w:ascii="黑体" w:eastAsia="黑体" w:hAnsi="黑体"/>
          <w:b/>
          <w:lang w:eastAsia="zh-CN"/>
        </w:rPr>
        <w:lastRenderedPageBreak/>
        <w:t>第二章  供应商须知资料表</w:t>
      </w:r>
    </w:p>
    <w:tbl>
      <w:tblPr>
        <w:tblStyle w:val="aff1"/>
        <w:tblW w:w="0" w:type="auto"/>
        <w:tblLook w:val="04A0" w:firstRow="1" w:lastRow="0" w:firstColumn="1" w:lastColumn="0" w:noHBand="0" w:noVBand="1"/>
      </w:tblPr>
      <w:tblGrid>
        <w:gridCol w:w="1242"/>
        <w:gridCol w:w="7936"/>
      </w:tblGrid>
      <w:tr w:rsidR="00F60338" w:rsidRPr="005906DB" w14:paraId="55EF3879" w14:textId="77777777" w:rsidTr="00BE4B52">
        <w:tc>
          <w:tcPr>
            <w:tcW w:w="1242" w:type="dxa"/>
          </w:tcPr>
          <w:p w14:paraId="31F1E7EE" w14:textId="77777777" w:rsidR="00F60338" w:rsidRPr="005906DB" w:rsidRDefault="00000000" w:rsidP="00744916">
            <w:pPr>
              <w:spacing w:before="20" w:after="20" w:line="500" w:lineRule="exact"/>
              <w:jc w:val="both"/>
            </w:pPr>
            <w:proofErr w:type="spellStart"/>
            <w:r w:rsidRPr="005906DB">
              <w:rPr>
                <w:b/>
                <w:sz w:val="24"/>
              </w:rPr>
              <w:t>序号</w:t>
            </w:r>
            <w:proofErr w:type="spellEnd"/>
          </w:p>
        </w:tc>
        <w:tc>
          <w:tcPr>
            <w:tcW w:w="7936" w:type="dxa"/>
          </w:tcPr>
          <w:p w14:paraId="285B699B" w14:textId="77777777" w:rsidR="00F60338" w:rsidRPr="005906DB" w:rsidRDefault="00000000" w:rsidP="00744916">
            <w:pPr>
              <w:spacing w:before="20" w:after="20" w:line="500" w:lineRule="exact"/>
              <w:jc w:val="both"/>
            </w:pPr>
            <w:proofErr w:type="spellStart"/>
            <w:r w:rsidRPr="005906DB">
              <w:rPr>
                <w:b/>
                <w:sz w:val="24"/>
              </w:rPr>
              <w:t>内容</w:t>
            </w:r>
            <w:proofErr w:type="spellEnd"/>
          </w:p>
        </w:tc>
      </w:tr>
      <w:tr w:rsidR="00F60338" w:rsidRPr="005906DB" w14:paraId="2D223785" w14:textId="77777777" w:rsidTr="00BE4B52">
        <w:tc>
          <w:tcPr>
            <w:tcW w:w="1242" w:type="dxa"/>
          </w:tcPr>
          <w:p w14:paraId="555659A4" w14:textId="77777777" w:rsidR="00F60338" w:rsidRPr="005906DB" w:rsidRDefault="00000000" w:rsidP="00744916">
            <w:pPr>
              <w:spacing w:before="20" w:after="20" w:line="500" w:lineRule="exact"/>
              <w:jc w:val="both"/>
            </w:pPr>
            <w:r w:rsidRPr="005906DB">
              <w:rPr>
                <w:sz w:val="24"/>
              </w:rPr>
              <w:t>1</w:t>
            </w:r>
          </w:p>
        </w:tc>
        <w:tc>
          <w:tcPr>
            <w:tcW w:w="7936" w:type="dxa"/>
          </w:tcPr>
          <w:p w14:paraId="6CB9C0B1" w14:textId="77777777" w:rsidR="00F60338" w:rsidRPr="005906DB" w:rsidRDefault="00000000" w:rsidP="00744916">
            <w:pPr>
              <w:spacing w:before="20" w:after="20" w:line="500" w:lineRule="exact"/>
              <w:jc w:val="both"/>
              <w:rPr>
                <w:lang w:eastAsia="zh-CN"/>
              </w:rPr>
            </w:pPr>
            <w:r w:rsidRPr="005906DB">
              <w:rPr>
                <w:sz w:val="24"/>
                <w:lang w:eastAsia="zh-CN"/>
              </w:rPr>
              <w:t>采购人名称：中国电子学会</w:t>
            </w:r>
          </w:p>
        </w:tc>
      </w:tr>
      <w:tr w:rsidR="00F60338" w:rsidRPr="005906DB" w14:paraId="01E82576" w14:textId="77777777" w:rsidTr="00BE4B52">
        <w:tc>
          <w:tcPr>
            <w:tcW w:w="1242" w:type="dxa"/>
          </w:tcPr>
          <w:p w14:paraId="14B8AE7A" w14:textId="77777777" w:rsidR="00F60338" w:rsidRPr="005906DB" w:rsidRDefault="00000000" w:rsidP="00744916">
            <w:pPr>
              <w:spacing w:before="20" w:after="20" w:line="500" w:lineRule="exact"/>
              <w:jc w:val="both"/>
            </w:pPr>
            <w:r w:rsidRPr="005906DB">
              <w:rPr>
                <w:sz w:val="24"/>
              </w:rPr>
              <w:t>2</w:t>
            </w:r>
          </w:p>
        </w:tc>
        <w:tc>
          <w:tcPr>
            <w:tcW w:w="7936" w:type="dxa"/>
          </w:tcPr>
          <w:p w14:paraId="0C0A4AE7" w14:textId="34A74326" w:rsidR="00F60338" w:rsidRPr="005906DB" w:rsidRDefault="00000000" w:rsidP="00744916">
            <w:pPr>
              <w:spacing w:before="20" w:after="20" w:line="500" w:lineRule="exact"/>
              <w:jc w:val="both"/>
              <w:rPr>
                <w:lang w:eastAsia="zh-CN"/>
              </w:rPr>
            </w:pPr>
            <w:r w:rsidRPr="005906DB">
              <w:rPr>
                <w:sz w:val="24"/>
                <w:lang w:eastAsia="zh-CN"/>
              </w:rPr>
              <w:t>采购项目预算金额：人民币</w:t>
            </w:r>
            <w:r w:rsidR="00744916" w:rsidRPr="005906DB">
              <w:rPr>
                <w:rFonts w:hint="eastAsia"/>
                <w:sz w:val="24"/>
                <w:lang w:eastAsia="zh-CN"/>
              </w:rPr>
              <w:t>45</w:t>
            </w:r>
            <w:r w:rsidRPr="005906DB">
              <w:rPr>
                <w:sz w:val="24"/>
                <w:lang w:eastAsia="zh-CN"/>
              </w:rPr>
              <w:t>万元</w:t>
            </w:r>
          </w:p>
        </w:tc>
      </w:tr>
      <w:tr w:rsidR="00F60338" w:rsidRPr="005906DB" w14:paraId="7AA9F5DC" w14:textId="77777777" w:rsidTr="00BE4B52">
        <w:tc>
          <w:tcPr>
            <w:tcW w:w="1242" w:type="dxa"/>
          </w:tcPr>
          <w:p w14:paraId="41F1D36B" w14:textId="77777777" w:rsidR="00F60338" w:rsidRPr="005906DB" w:rsidRDefault="00000000" w:rsidP="00744916">
            <w:pPr>
              <w:spacing w:before="20" w:after="20" w:line="500" w:lineRule="exact"/>
              <w:jc w:val="both"/>
            </w:pPr>
            <w:r w:rsidRPr="005906DB">
              <w:rPr>
                <w:sz w:val="24"/>
              </w:rPr>
              <w:t>3</w:t>
            </w:r>
          </w:p>
        </w:tc>
        <w:tc>
          <w:tcPr>
            <w:tcW w:w="7936" w:type="dxa"/>
          </w:tcPr>
          <w:p w14:paraId="75488883" w14:textId="77777777" w:rsidR="00F60338" w:rsidRPr="005906DB" w:rsidRDefault="00000000" w:rsidP="00744916">
            <w:pPr>
              <w:spacing w:before="20" w:after="20" w:line="500" w:lineRule="exact"/>
              <w:jc w:val="both"/>
              <w:rPr>
                <w:lang w:eastAsia="zh-CN"/>
              </w:rPr>
            </w:pPr>
            <w:r w:rsidRPr="005906DB">
              <w:rPr>
                <w:sz w:val="24"/>
                <w:lang w:eastAsia="zh-CN"/>
              </w:rPr>
              <w:t>响应文件语言：简体中文</w:t>
            </w:r>
          </w:p>
        </w:tc>
      </w:tr>
      <w:tr w:rsidR="00F60338" w:rsidRPr="005906DB" w14:paraId="2A74F864" w14:textId="77777777" w:rsidTr="00BE4B52">
        <w:tc>
          <w:tcPr>
            <w:tcW w:w="1242" w:type="dxa"/>
          </w:tcPr>
          <w:p w14:paraId="6549E4E4" w14:textId="77777777" w:rsidR="00F60338" w:rsidRPr="005906DB" w:rsidRDefault="00000000" w:rsidP="00744916">
            <w:pPr>
              <w:spacing w:before="20" w:after="20" w:line="500" w:lineRule="exact"/>
              <w:jc w:val="both"/>
            </w:pPr>
            <w:r w:rsidRPr="005906DB">
              <w:rPr>
                <w:sz w:val="24"/>
              </w:rPr>
              <w:t>4</w:t>
            </w:r>
          </w:p>
        </w:tc>
        <w:tc>
          <w:tcPr>
            <w:tcW w:w="7936" w:type="dxa"/>
          </w:tcPr>
          <w:p w14:paraId="5EDEF54A" w14:textId="77777777" w:rsidR="00F60338" w:rsidRPr="005906DB" w:rsidRDefault="00000000" w:rsidP="00744916">
            <w:pPr>
              <w:spacing w:before="20" w:after="20" w:line="500" w:lineRule="exact"/>
              <w:jc w:val="both"/>
            </w:pPr>
            <w:r w:rsidRPr="005906DB">
              <w:rPr>
                <w:sz w:val="24"/>
              </w:rPr>
              <w:t>报价货币：人民币</w:t>
            </w:r>
          </w:p>
        </w:tc>
      </w:tr>
      <w:tr w:rsidR="00F60338" w:rsidRPr="005906DB" w14:paraId="20F8C110" w14:textId="77777777" w:rsidTr="00BE4B52">
        <w:tc>
          <w:tcPr>
            <w:tcW w:w="1242" w:type="dxa"/>
          </w:tcPr>
          <w:p w14:paraId="1099F594" w14:textId="039C169E" w:rsidR="00F60338" w:rsidRPr="005906DB" w:rsidRDefault="00744916" w:rsidP="00744916">
            <w:pPr>
              <w:spacing w:before="20" w:after="20" w:line="500" w:lineRule="exact"/>
              <w:jc w:val="both"/>
              <w:rPr>
                <w:lang w:eastAsia="zh-CN"/>
              </w:rPr>
            </w:pPr>
            <w:r w:rsidRPr="005906DB">
              <w:rPr>
                <w:rFonts w:hint="eastAsia"/>
                <w:sz w:val="24"/>
                <w:lang w:eastAsia="zh-CN"/>
              </w:rPr>
              <w:t>5</w:t>
            </w:r>
          </w:p>
        </w:tc>
        <w:tc>
          <w:tcPr>
            <w:tcW w:w="7936" w:type="dxa"/>
          </w:tcPr>
          <w:p w14:paraId="7D6EDBF2" w14:textId="77777777" w:rsidR="00F60338" w:rsidRPr="005906DB" w:rsidRDefault="00000000" w:rsidP="00744916">
            <w:pPr>
              <w:spacing w:before="20" w:after="20" w:line="500" w:lineRule="exact"/>
              <w:jc w:val="both"/>
              <w:rPr>
                <w:lang w:eastAsia="zh-CN"/>
              </w:rPr>
            </w:pPr>
            <w:r w:rsidRPr="005906DB">
              <w:rPr>
                <w:sz w:val="24"/>
                <w:lang w:eastAsia="zh-CN"/>
              </w:rPr>
              <w:t>响应文件份数：一份正本、一份副本、一份电子版（PDF扫描版）</w:t>
            </w:r>
          </w:p>
        </w:tc>
      </w:tr>
      <w:tr w:rsidR="00F60338" w:rsidRPr="005906DB" w14:paraId="2EDB4A53" w14:textId="77777777" w:rsidTr="00BE4B52">
        <w:tc>
          <w:tcPr>
            <w:tcW w:w="1242" w:type="dxa"/>
          </w:tcPr>
          <w:p w14:paraId="021336BE" w14:textId="56B8E858" w:rsidR="00F60338" w:rsidRPr="005906DB" w:rsidRDefault="00744916" w:rsidP="00744916">
            <w:pPr>
              <w:spacing w:before="20" w:after="20" w:line="500" w:lineRule="exact"/>
              <w:jc w:val="both"/>
              <w:rPr>
                <w:lang w:eastAsia="zh-CN"/>
              </w:rPr>
            </w:pPr>
            <w:r w:rsidRPr="005906DB">
              <w:rPr>
                <w:rFonts w:hint="eastAsia"/>
                <w:sz w:val="24"/>
                <w:lang w:eastAsia="zh-CN"/>
              </w:rPr>
              <w:t>6</w:t>
            </w:r>
          </w:p>
        </w:tc>
        <w:tc>
          <w:tcPr>
            <w:tcW w:w="7936" w:type="dxa"/>
          </w:tcPr>
          <w:p w14:paraId="3627C5C8" w14:textId="4E6AFE68" w:rsidR="00F60338" w:rsidRPr="005906DB" w:rsidRDefault="00000000" w:rsidP="00744916">
            <w:pPr>
              <w:spacing w:before="20" w:after="20" w:line="500" w:lineRule="exact"/>
              <w:jc w:val="both"/>
              <w:rPr>
                <w:lang w:eastAsia="zh-CN"/>
              </w:rPr>
            </w:pPr>
            <w:r w:rsidRPr="005906DB">
              <w:rPr>
                <w:sz w:val="24"/>
                <w:lang w:eastAsia="zh-CN"/>
              </w:rPr>
              <w:t>磋商时间：2026年8月</w:t>
            </w:r>
            <w:r w:rsidR="004A127D" w:rsidRPr="005906DB">
              <w:rPr>
                <w:rFonts w:hint="eastAsia"/>
                <w:sz w:val="24"/>
                <w:lang w:eastAsia="zh-CN"/>
              </w:rPr>
              <w:t>8</w:t>
            </w:r>
            <w:r w:rsidRPr="005906DB">
              <w:rPr>
                <w:sz w:val="24"/>
                <w:lang w:eastAsia="zh-CN"/>
              </w:rPr>
              <w:t>日上午09:00（北京时间），逾期不予受理</w:t>
            </w:r>
          </w:p>
        </w:tc>
      </w:tr>
      <w:tr w:rsidR="00F60338" w:rsidRPr="005906DB" w14:paraId="06261D63" w14:textId="77777777" w:rsidTr="00BE4B52">
        <w:tc>
          <w:tcPr>
            <w:tcW w:w="1242" w:type="dxa"/>
          </w:tcPr>
          <w:p w14:paraId="2DBF1344" w14:textId="035644E9" w:rsidR="00F60338" w:rsidRPr="005906DB" w:rsidRDefault="00744916" w:rsidP="00744916">
            <w:pPr>
              <w:spacing w:before="20" w:after="20" w:line="500" w:lineRule="exact"/>
              <w:jc w:val="both"/>
              <w:rPr>
                <w:lang w:eastAsia="zh-CN"/>
              </w:rPr>
            </w:pPr>
            <w:r w:rsidRPr="005906DB">
              <w:rPr>
                <w:rFonts w:hint="eastAsia"/>
                <w:sz w:val="24"/>
                <w:lang w:eastAsia="zh-CN"/>
              </w:rPr>
              <w:t>7</w:t>
            </w:r>
          </w:p>
        </w:tc>
        <w:tc>
          <w:tcPr>
            <w:tcW w:w="7936" w:type="dxa"/>
          </w:tcPr>
          <w:p w14:paraId="1652EBA0" w14:textId="77777777" w:rsidR="00F60338" w:rsidRPr="005906DB" w:rsidRDefault="00000000" w:rsidP="00744916">
            <w:pPr>
              <w:spacing w:before="20" w:after="20" w:line="500" w:lineRule="exact"/>
              <w:jc w:val="both"/>
              <w:rPr>
                <w:lang w:eastAsia="zh-CN"/>
              </w:rPr>
            </w:pPr>
            <w:r w:rsidRPr="005906DB">
              <w:rPr>
                <w:sz w:val="24"/>
                <w:lang w:eastAsia="zh-CN"/>
              </w:rPr>
              <w:t>评审方法：综合评分法，最低报价不是成交唯一条件</w:t>
            </w:r>
          </w:p>
        </w:tc>
      </w:tr>
    </w:tbl>
    <w:p w14:paraId="7F4224A5" w14:textId="77777777" w:rsidR="00F60338" w:rsidRPr="005906DB" w:rsidRDefault="00000000" w:rsidP="00744916">
      <w:pPr>
        <w:spacing w:before="120" w:after="60" w:line="500" w:lineRule="exact"/>
        <w:jc w:val="both"/>
        <w:rPr>
          <w:lang w:eastAsia="zh-CN"/>
        </w:rPr>
      </w:pPr>
      <w:r w:rsidRPr="005906DB">
        <w:rPr>
          <w:rFonts w:ascii="黑体" w:eastAsia="黑体" w:hAnsi="黑体"/>
          <w:b/>
          <w:lang w:eastAsia="zh-CN"/>
        </w:rPr>
        <w:t>第三章  项目需求书</w:t>
      </w:r>
    </w:p>
    <w:p w14:paraId="2784CB4C"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采购内容及要求</w:t>
      </w:r>
    </w:p>
    <w:p w14:paraId="2C77F81B" w14:textId="573BCD18" w:rsidR="00F60338" w:rsidRPr="005906DB" w:rsidRDefault="00000000" w:rsidP="00744916">
      <w:pPr>
        <w:spacing w:line="500" w:lineRule="exact"/>
        <w:ind w:firstLine="640"/>
        <w:jc w:val="both"/>
        <w:rPr>
          <w:lang w:eastAsia="zh-CN"/>
        </w:rPr>
      </w:pPr>
      <w:r w:rsidRPr="005906DB">
        <w:rPr>
          <w:lang w:eastAsia="zh-CN"/>
        </w:rPr>
        <w:t>为保障2026全国青少年信息素养大赛</w:t>
      </w:r>
      <w:r w:rsidR="00BE4B52" w:rsidRPr="005906DB">
        <w:rPr>
          <w:rFonts w:hint="eastAsia"/>
          <w:lang w:eastAsia="zh-CN"/>
        </w:rPr>
        <w:t>总决赛</w:t>
      </w:r>
      <w:r w:rsidRPr="005906DB">
        <w:rPr>
          <w:lang w:eastAsia="zh-CN"/>
        </w:rPr>
        <w:t>（以下简称大赛）顺利举办，现就大赛裁判员与志愿者组织管理服务进行竞争性磋商采购。大赛时间为2026年8月17日至8月24日（共8天），</w:t>
      </w:r>
      <w:r w:rsidR="00BE4B52" w:rsidRPr="005906DB">
        <w:rPr>
          <w:rFonts w:hint="eastAsia"/>
          <w:lang w:eastAsia="zh-CN"/>
        </w:rPr>
        <w:t>地点为浙江省桐乡市，</w:t>
      </w:r>
      <w:r w:rsidRPr="005906DB">
        <w:rPr>
          <w:lang w:eastAsia="zh-CN"/>
        </w:rPr>
        <w:t>供应商需在规定时间内完成裁判员和志愿者的</w:t>
      </w:r>
      <w:r w:rsidR="001D573C" w:rsidRPr="005906DB">
        <w:rPr>
          <w:lang w:eastAsia="zh-CN"/>
        </w:rPr>
        <w:t>筛选</w:t>
      </w:r>
      <w:r w:rsidRPr="005906DB">
        <w:rPr>
          <w:lang w:eastAsia="zh-CN"/>
        </w:rPr>
        <w:t>、培训、组织及现场管理工作。</w:t>
      </w:r>
    </w:p>
    <w:p w14:paraId="1175E0F4"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一、服务内容</w:t>
      </w:r>
    </w:p>
    <w:p w14:paraId="7243AC81" w14:textId="7723EC54" w:rsidR="00F60338" w:rsidRPr="005906DB" w:rsidRDefault="00000000" w:rsidP="00744916">
      <w:pPr>
        <w:spacing w:line="500" w:lineRule="exact"/>
        <w:jc w:val="both"/>
        <w:rPr>
          <w:rFonts w:ascii="楷体" w:eastAsia="楷体" w:hAnsi="楷体"/>
          <w:lang w:eastAsia="zh-CN"/>
        </w:rPr>
      </w:pPr>
      <w:r w:rsidRPr="005906DB">
        <w:rPr>
          <w:rFonts w:ascii="楷体" w:eastAsia="楷体" w:hAnsi="楷体"/>
          <w:lang w:eastAsia="zh-CN"/>
        </w:rPr>
        <w:t>（一）裁判员</w:t>
      </w:r>
      <w:r w:rsidR="001D573C" w:rsidRPr="005906DB">
        <w:rPr>
          <w:rFonts w:ascii="楷体" w:eastAsia="楷体" w:hAnsi="楷体"/>
          <w:lang w:eastAsia="zh-CN"/>
        </w:rPr>
        <w:t>筛选</w:t>
      </w:r>
      <w:r w:rsidRPr="005906DB">
        <w:rPr>
          <w:rFonts w:ascii="楷体" w:eastAsia="楷体" w:hAnsi="楷体"/>
          <w:lang w:eastAsia="zh-CN"/>
        </w:rPr>
        <w:t>、组织与管理</w:t>
      </w:r>
    </w:p>
    <w:p w14:paraId="2B26DB22" w14:textId="609057F9" w:rsidR="00AE7A9E" w:rsidRPr="005906DB" w:rsidRDefault="00AE7A9E" w:rsidP="00AE7A9E">
      <w:pPr>
        <w:spacing w:line="500" w:lineRule="exact"/>
        <w:ind w:firstLineChars="200" w:firstLine="640"/>
        <w:jc w:val="both"/>
        <w:rPr>
          <w:lang w:eastAsia="zh-CN"/>
        </w:rPr>
      </w:pPr>
      <w:r w:rsidRPr="005906DB">
        <w:rPr>
          <w:rFonts w:hint="eastAsia"/>
          <w:lang w:eastAsia="zh-CN"/>
        </w:rPr>
        <w:t>1.</w:t>
      </w:r>
      <w:r w:rsidRPr="005906DB">
        <w:rPr>
          <w:lang w:eastAsia="zh-CN"/>
        </w:rPr>
        <w:t>统筹</w:t>
      </w:r>
      <w:r w:rsidR="001D573C" w:rsidRPr="005906DB">
        <w:rPr>
          <w:lang w:eastAsia="zh-CN"/>
        </w:rPr>
        <w:t>筛选</w:t>
      </w:r>
      <w:r w:rsidRPr="005906DB">
        <w:rPr>
          <w:lang w:eastAsia="zh-CN"/>
        </w:rPr>
        <w:t xml:space="preserve">决赛全部机器人类赛项裁判员，总人数不少于 </w:t>
      </w:r>
      <w:r w:rsidR="007D4908" w:rsidRPr="005906DB">
        <w:rPr>
          <w:rFonts w:hint="eastAsia"/>
          <w:lang w:eastAsia="zh-CN"/>
        </w:rPr>
        <w:t>250</w:t>
      </w:r>
      <w:r w:rsidRPr="005906DB">
        <w:rPr>
          <w:lang w:eastAsia="zh-CN"/>
        </w:rPr>
        <w:t xml:space="preserve"> 人，人员资质需匹配各赛项执裁要求。</w:t>
      </w:r>
    </w:p>
    <w:p w14:paraId="0CB163D2" w14:textId="31DBA170" w:rsidR="00AE7A9E" w:rsidRPr="005906DB" w:rsidRDefault="00AE7A9E" w:rsidP="00AE7A9E">
      <w:pPr>
        <w:spacing w:line="500" w:lineRule="exact"/>
        <w:ind w:firstLineChars="200" w:firstLine="640"/>
        <w:jc w:val="both"/>
        <w:rPr>
          <w:lang w:eastAsia="zh-CN"/>
        </w:rPr>
      </w:pPr>
      <w:r w:rsidRPr="005906DB">
        <w:rPr>
          <w:rFonts w:hint="eastAsia"/>
          <w:lang w:eastAsia="zh-CN"/>
        </w:rPr>
        <w:t>2.</w:t>
      </w:r>
      <w:r w:rsidRPr="005906DB">
        <w:rPr>
          <w:lang w:eastAsia="zh-CN"/>
        </w:rPr>
        <w:t>裁判员服务时间为 2026 年 8 月 21 日 —24 日，共计 4 天，供应商须保障全时段在岗。</w:t>
      </w:r>
    </w:p>
    <w:p w14:paraId="0C4F392C" w14:textId="42A18DD9" w:rsidR="00AE7A9E" w:rsidRPr="005906DB" w:rsidRDefault="00AE7A9E" w:rsidP="00AE7A9E">
      <w:pPr>
        <w:spacing w:line="500" w:lineRule="exact"/>
        <w:ind w:firstLineChars="200" w:firstLine="640"/>
        <w:jc w:val="both"/>
        <w:rPr>
          <w:lang w:eastAsia="zh-CN"/>
        </w:rPr>
      </w:pPr>
      <w:r w:rsidRPr="005906DB">
        <w:rPr>
          <w:rFonts w:hint="eastAsia"/>
          <w:lang w:eastAsia="zh-CN"/>
        </w:rPr>
        <w:t>3.</w:t>
      </w:r>
      <w:r w:rsidRPr="005906DB">
        <w:rPr>
          <w:lang w:eastAsia="zh-CN"/>
        </w:rPr>
        <w:t>组织裁判员岗前培训，讲解赛事规则、评判标准及现场工作流程，考核合格方可上岗。</w:t>
      </w:r>
    </w:p>
    <w:p w14:paraId="56510435" w14:textId="7FA051FD" w:rsidR="00AE7A9E" w:rsidRPr="005906DB" w:rsidRDefault="00AE7A9E" w:rsidP="00AE7A9E">
      <w:pPr>
        <w:spacing w:line="500" w:lineRule="exact"/>
        <w:ind w:firstLineChars="200" w:firstLine="640"/>
        <w:jc w:val="both"/>
        <w:rPr>
          <w:lang w:eastAsia="zh-CN"/>
        </w:rPr>
      </w:pPr>
      <w:r w:rsidRPr="005906DB">
        <w:rPr>
          <w:rFonts w:hint="eastAsia"/>
          <w:lang w:eastAsia="zh-CN"/>
        </w:rPr>
        <w:lastRenderedPageBreak/>
        <w:t>4.</w:t>
      </w:r>
      <w:r w:rsidRPr="005906DB">
        <w:rPr>
          <w:lang w:eastAsia="zh-CN"/>
        </w:rPr>
        <w:t>统筹现场裁判调度，落实签到、岗位分配、轮班、工作餐等后勤保障。</w:t>
      </w:r>
    </w:p>
    <w:p w14:paraId="7D1B3A12" w14:textId="0B1863CA" w:rsidR="00AE7A9E" w:rsidRPr="005906DB" w:rsidRDefault="00AE7A9E" w:rsidP="00AE7A9E">
      <w:pPr>
        <w:spacing w:line="500" w:lineRule="exact"/>
        <w:ind w:firstLineChars="200" w:firstLine="640"/>
        <w:jc w:val="both"/>
        <w:rPr>
          <w:lang w:eastAsia="zh-CN"/>
        </w:rPr>
      </w:pPr>
      <w:r w:rsidRPr="005906DB">
        <w:rPr>
          <w:rFonts w:hint="eastAsia"/>
          <w:lang w:eastAsia="zh-CN"/>
        </w:rPr>
        <w:t>5.</w:t>
      </w:r>
      <w:r w:rsidRPr="005906DB">
        <w:rPr>
          <w:lang w:eastAsia="zh-CN"/>
        </w:rPr>
        <w:t>落实裁判执裁纪律管理，全程监督，确保评判公平公正。</w:t>
      </w:r>
    </w:p>
    <w:p w14:paraId="598D2C93" w14:textId="77777777" w:rsidR="00AE7A9E" w:rsidRPr="005906DB" w:rsidRDefault="00AE7A9E" w:rsidP="00AE7A9E">
      <w:pPr>
        <w:spacing w:line="500" w:lineRule="exact"/>
        <w:ind w:firstLineChars="200" w:firstLine="640"/>
        <w:jc w:val="both"/>
        <w:rPr>
          <w:lang w:eastAsia="zh-CN"/>
        </w:rPr>
      </w:pPr>
      <w:r w:rsidRPr="005906DB">
        <w:rPr>
          <w:rFonts w:hint="eastAsia"/>
          <w:lang w:eastAsia="zh-CN"/>
        </w:rPr>
        <w:t>6.</w:t>
      </w:r>
      <w:r w:rsidRPr="005906DB">
        <w:rPr>
          <w:lang w:eastAsia="zh-CN"/>
        </w:rPr>
        <w:t>裁判人员名单、资质资料赛前提交组委会备案，全程服从大赛组委会统一调度、人员抽查与应急补位安排。</w:t>
      </w:r>
    </w:p>
    <w:p w14:paraId="058636A4" w14:textId="25A7DFFC" w:rsidR="00AE7A9E" w:rsidRPr="005906DB" w:rsidRDefault="00AE7A9E" w:rsidP="00AE7A9E">
      <w:pPr>
        <w:spacing w:line="500" w:lineRule="exact"/>
        <w:ind w:firstLine="640"/>
        <w:jc w:val="both"/>
        <w:rPr>
          <w:lang w:eastAsia="zh-CN"/>
        </w:rPr>
      </w:pPr>
      <w:r w:rsidRPr="005906DB">
        <w:rPr>
          <w:rFonts w:hint="eastAsia"/>
          <w:lang w:eastAsia="zh-CN"/>
        </w:rPr>
        <w:t>7.</w:t>
      </w:r>
      <w:r w:rsidRPr="005906DB">
        <w:rPr>
          <w:lang w:eastAsia="zh-CN"/>
        </w:rPr>
        <w:t>负责</w:t>
      </w:r>
      <w:r w:rsidRPr="005906DB">
        <w:rPr>
          <w:rFonts w:hint="eastAsia"/>
          <w:lang w:eastAsia="zh-CN"/>
        </w:rPr>
        <w:t>裁判员的</w:t>
      </w:r>
      <w:r w:rsidRPr="005906DB">
        <w:rPr>
          <w:lang w:eastAsia="zh-CN"/>
        </w:rPr>
        <w:t>劳务补贴的核算与发放。</w:t>
      </w:r>
    </w:p>
    <w:p w14:paraId="4CFD8D41" w14:textId="3C3EC233" w:rsidR="00F60338" w:rsidRPr="005906DB" w:rsidRDefault="00000000" w:rsidP="00AE7A9E">
      <w:pPr>
        <w:spacing w:line="500" w:lineRule="exact"/>
        <w:ind w:firstLineChars="200" w:firstLine="640"/>
        <w:jc w:val="both"/>
        <w:rPr>
          <w:rFonts w:ascii="楷体" w:eastAsia="楷体" w:hAnsi="楷体"/>
          <w:lang w:eastAsia="zh-CN"/>
        </w:rPr>
      </w:pPr>
      <w:r w:rsidRPr="005906DB">
        <w:rPr>
          <w:rFonts w:ascii="楷体" w:eastAsia="楷体" w:hAnsi="楷体"/>
          <w:lang w:eastAsia="zh-CN"/>
        </w:rPr>
        <w:t>（二）志愿者</w:t>
      </w:r>
      <w:r w:rsidR="001D573C" w:rsidRPr="005906DB">
        <w:rPr>
          <w:rFonts w:ascii="楷体" w:eastAsia="楷体" w:hAnsi="楷体"/>
          <w:lang w:eastAsia="zh-CN"/>
        </w:rPr>
        <w:t>筛选</w:t>
      </w:r>
      <w:r w:rsidRPr="005906DB">
        <w:rPr>
          <w:rFonts w:ascii="楷体" w:eastAsia="楷体" w:hAnsi="楷体"/>
          <w:lang w:eastAsia="zh-CN"/>
        </w:rPr>
        <w:t>、组织与管理</w:t>
      </w:r>
    </w:p>
    <w:p w14:paraId="3620D4A6" w14:textId="5CDADEA8" w:rsidR="00F60338" w:rsidRPr="005906DB" w:rsidRDefault="00000000" w:rsidP="00744916">
      <w:pPr>
        <w:spacing w:line="500" w:lineRule="exact"/>
        <w:ind w:firstLine="640"/>
        <w:jc w:val="both"/>
        <w:rPr>
          <w:lang w:eastAsia="zh-CN"/>
        </w:rPr>
      </w:pPr>
      <w:r w:rsidRPr="005906DB">
        <w:rPr>
          <w:lang w:eastAsia="zh-CN"/>
        </w:rPr>
        <w:t>1.负责校方志愿者的</w:t>
      </w:r>
      <w:r w:rsidR="001D573C" w:rsidRPr="005906DB">
        <w:rPr>
          <w:lang w:eastAsia="zh-CN"/>
        </w:rPr>
        <w:t>筛选</w:t>
      </w:r>
      <w:r w:rsidRPr="005906DB">
        <w:rPr>
          <w:lang w:eastAsia="zh-CN"/>
        </w:rPr>
        <w:t>工作，保证</w:t>
      </w:r>
      <w:r w:rsidR="007D4908" w:rsidRPr="005906DB">
        <w:rPr>
          <w:rFonts w:hint="eastAsia"/>
          <w:lang w:eastAsia="zh-CN"/>
        </w:rPr>
        <w:t>每日</w:t>
      </w:r>
      <w:r w:rsidRPr="005906DB">
        <w:rPr>
          <w:lang w:eastAsia="zh-CN"/>
        </w:rPr>
        <w:t>志愿者数量不少于200人</w:t>
      </w:r>
      <w:r w:rsidR="00BE4B52" w:rsidRPr="005906DB">
        <w:rPr>
          <w:lang w:eastAsia="zh-CN"/>
        </w:rPr>
        <w:t>。</w:t>
      </w:r>
    </w:p>
    <w:p w14:paraId="248ABC92" w14:textId="4E07E4BE" w:rsidR="00F60338" w:rsidRPr="005906DB" w:rsidRDefault="00000000" w:rsidP="00744916">
      <w:pPr>
        <w:spacing w:line="500" w:lineRule="exact"/>
        <w:ind w:firstLine="640"/>
        <w:jc w:val="both"/>
        <w:rPr>
          <w:lang w:eastAsia="zh-CN"/>
        </w:rPr>
      </w:pPr>
      <w:r w:rsidRPr="005906DB">
        <w:rPr>
          <w:lang w:eastAsia="zh-CN"/>
        </w:rPr>
        <w:t>2.志愿者工作时间为2026年8月16日至8月24日，共9天</w:t>
      </w:r>
      <w:r w:rsidR="00BE4B52" w:rsidRPr="005906DB">
        <w:rPr>
          <w:lang w:eastAsia="zh-CN"/>
        </w:rPr>
        <w:t>。</w:t>
      </w:r>
    </w:p>
    <w:p w14:paraId="797105D3" w14:textId="4FC5D3BD" w:rsidR="00F60338" w:rsidRPr="005906DB" w:rsidRDefault="00000000" w:rsidP="00744916">
      <w:pPr>
        <w:spacing w:line="500" w:lineRule="exact"/>
        <w:ind w:firstLine="640"/>
        <w:jc w:val="both"/>
        <w:rPr>
          <w:lang w:eastAsia="zh-CN"/>
        </w:rPr>
      </w:pPr>
      <w:r w:rsidRPr="005906DB">
        <w:rPr>
          <w:lang w:eastAsia="zh-CN"/>
        </w:rPr>
        <w:t>3.负责志愿者岗前培训的组织与实施，培训内容包括赛事介绍、岗位职责、服务礼仪、应急处理等</w:t>
      </w:r>
      <w:r w:rsidR="00BE4B52" w:rsidRPr="005906DB">
        <w:rPr>
          <w:lang w:eastAsia="zh-CN"/>
        </w:rPr>
        <w:t>。</w:t>
      </w:r>
    </w:p>
    <w:p w14:paraId="7FF97938" w14:textId="349965F0" w:rsidR="00F60338" w:rsidRPr="005906DB" w:rsidRDefault="00000000" w:rsidP="00744916">
      <w:pPr>
        <w:spacing w:line="500" w:lineRule="exact"/>
        <w:ind w:firstLine="640"/>
        <w:jc w:val="both"/>
        <w:rPr>
          <w:lang w:eastAsia="zh-CN"/>
        </w:rPr>
      </w:pPr>
      <w:r w:rsidRPr="005906DB">
        <w:rPr>
          <w:lang w:eastAsia="zh-CN"/>
        </w:rPr>
        <w:t>4.负责志愿者现场工作的统筹管理，包括签到考勤、岗位轮换、工作餐安排等</w:t>
      </w:r>
      <w:r w:rsidR="00BE4B52" w:rsidRPr="005906DB">
        <w:rPr>
          <w:lang w:eastAsia="zh-CN"/>
        </w:rPr>
        <w:t>。</w:t>
      </w:r>
    </w:p>
    <w:p w14:paraId="20AC4611" w14:textId="1E44C116" w:rsidR="00F60338" w:rsidRPr="005906DB" w:rsidRDefault="00000000" w:rsidP="00744916">
      <w:pPr>
        <w:spacing w:line="500" w:lineRule="exact"/>
        <w:ind w:firstLine="640"/>
        <w:jc w:val="both"/>
        <w:rPr>
          <w:lang w:eastAsia="zh-CN"/>
        </w:rPr>
      </w:pPr>
      <w:r w:rsidRPr="005906DB">
        <w:rPr>
          <w:lang w:eastAsia="zh-CN"/>
        </w:rPr>
        <w:t>5.负责志愿者服装、证件、工作物资的统一管理与发放</w:t>
      </w:r>
      <w:r w:rsidR="00BE4B52" w:rsidRPr="005906DB">
        <w:rPr>
          <w:lang w:eastAsia="zh-CN"/>
        </w:rPr>
        <w:t>。</w:t>
      </w:r>
    </w:p>
    <w:p w14:paraId="0C08C33C" w14:textId="77777777" w:rsidR="00F60338" w:rsidRPr="005906DB" w:rsidRDefault="00000000" w:rsidP="00744916">
      <w:pPr>
        <w:spacing w:line="500" w:lineRule="exact"/>
        <w:ind w:firstLine="640"/>
        <w:jc w:val="both"/>
        <w:rPr>
          <w:lang w:eastAsia="zh-CN"/>
        </w:rPr>
      </w:pPr>
      <w:r w:rsidRPr="005906DB">
        <w:rPr>
          <w:lang w:eastAsia="zh-CN"/>
        </w:rPr>
        <w:t>6.负责志愿者劳务补贴的核算与发放。</w:t>
      </w:r>
    </w:p>
    <w:p w14:paraId="7BC30A59" w14:textId="52FF2F19" w:rsidR="00F60338" w:rsidRPr="005906DB" w:rsidRDefault="00000000" w:rsidP="00AE7A9E">
      <w:pPr>
        <w:spacing w:before="60" w:after="40" w:line="500" w:lineRule="exact"/>
        <w:jc w:val="both"/>
        <w:rPr>
          <w:lang w:eastAsia="zh-CN"/>
        </w:rPr>
      </w:pPr>
      <w:r w:rsidRPr="005906DB">
        <w:rPr>
          <w:rFonts w:ascii="黑体" w:eastAsia="黑体" w:hAnsi="黑体"/>
          <w:lang w:eastAsia="zh-CN"/>
        </w:rPr>
        <w:t>二、服务要求</w:t>
      </w:r>
    </w:p>
    <w:p w14:paraId="0470EC7A" w14:textId="5EBE4E75" w:rsidR="00F60338" w:rsidRPr="005906DB" w:rsidRDefault="007D4908" w:rsidP="00744916">
      <w:pPr>
        <w:spacing w:line="500" w:lineRule="exact"/>
        <w:ind w:firstLine="640"/>
        <w:jc w:val="both"/>
        <w:rPr>
          <w:lang w:eastAsia="zh-CN"/>
        </w:rPr>
      </w:pPr>
      <w:r w:rsidRPr="005906DB">
        <w:rPr>
          <w:rFonts w:hint="eastAsia"/>
          <w:lang w:eastAsia="zh-CN"/>
        </w:rPr>
        <w:t>（一）</w:t>
      </w:r>
      <w:r w:rsidRPr="005906DB">
        <w:rPr>
          <w:lang w:eastAsia="zh-CN"/>
        </w:rPr>
        <w:t>具备人力资源服务或活动组织管理的相关经验</w:t>
      </w:r>
      <w:r w:rsidR="00BE4B52" w:rsidRPr="005906DB">
        <w:rPr>
          <w:lang w:eastAsia="zh-CN"/>
        </w:rPr>
        <w:t>。</w:t>
      </w:r>
    </w:p>
    <w:p w14:paraId="7B2CA642" w14:textId="45D4B8DE" w:rsidR="00F60338" w:rsidRPr="005906DB" w:rsidRDefault="007D4908" w:rsidP="00744916">
      <w:pPr>
        <w:spacing w:line="500" w:lineRule="exact"/>
        <w:ind w:firstLine="640"/>
        <w:jc w:val="both"/>
        <w:rPr>
          <w:lang w:eastAsia="zh-CN"/>
        </w:rPr>
      </w:pPr>
      <w:r w:rsidRPr="005906DB">
        <w:rPr>
          <w:rFonts w:hint="eastAsia"/>
          <w:lang w:eastAsia="zh-CN"/>
        </w:rPr>
        <w:t>（二）</w:t>
      </w:r>
      <w:r w:rsidRPr="005906DB">
        <w:rPr>
          <w:lang w:eastAsia="zh-CN"/>
        </w:rPr>
        <w:t>须在合同签订后3日内提交详细工作方案，经采购人审核通过后执行</w:t>
      </w:r>
      <w:r w:rsidR="00BE4B52" w:rsidRPr="005906DB">
        <w:rPr>
          <w:lang w:eastAsia="zh-CN"/>
        </w:rPr>
        <w:t>。</w:t>
      </w:r>
    </w:p>
    <w:p w14:paraId="2C57E53E" w14:textId="3CC05743" w:rsidR="007D4908" w:rsidRPr="005906DB" w:rsidRDefault="007D4908" w:rsidP="00744916">
      <w:pPr>
        <w:spacing w:line="500" w:lineRule="exact"/>
        <w:ind w:firstLine="640"/>
        <w:jc w:val="both"/>
        <w:rPr>
          <w:lang w:eastAsia="zh-CN"/>
        </w:rPr>
      </w:pPr>
      <w:r w:rsidRPr="005906DB">
        <w:rPr>
          <w:rFonts w:hint="eastAsia"/>
          <w:lang w:eastAsia="zh-CN"/>
        </w:rPr>
        <w:t>（三）</w:t>
      </w:r>
      <w:r w:rsidRPr="005906DB">
        <w:rPr>
          <w:lang w:eastAsia="zh-CN"/>
        </w:rPr>
        <w:t>保证所</w:t>
      </w:r>
      <w:r w:rsidR="001D573C" w:rsidRPr="005906DB">
        <w:rPr>
          <w:lang w:eastAsia="zh-CN"/>
        </w:rPr>
        <w:t>筛选</w:t>
      </w:r>
      <w:r w:rsidRPr="005906DB">
        <w:rPr>
          <w:lang w:eastAsia="zh-CN"/>
        </w:rPr>
        <w:t>的裁判员满足以下要求：</w:t>
      </w:r>
    </w:p>
    <w:p w14:paraId="4B18E7E3" w14:textId="7B872733" w:rsidR="007D4908" w:rsidRPr="005906DB" w:rsidRDefault="007D4908" w:rsidP="00744916">
      <w:pPr>
        <w:spacing w:line="500" w:lineRule="exact"/>
        <w:ind w:firstLine="640"/>
        <w:jc w:val="both"/>
        <w:rPr>
          <w:lang w:eastAsia="zh-CN"/>
        </w:rPr>
      </w:pPr>
      <w:r w:rsidRPr="005906DB">
        <w:rPr>
          <w:rFonts w:hint="eastAsia"/>
          <w:lang w:eastAsia="zh-CN"/>
        </w:rPr>
        <w:t>1.</w:t>
      </w:r>
      <w:r w:rsidRPr="005906DB">
        <w:rPr>
          <w:lang w:eastAsia="zh-CN"/>
        </w:rPr>
        <w:t>参加过全国青少年信息素养大赛执裁工作，熟悉大赛流程</w:t>
      </w:r>
      <w:r w:rsidR="00BE4B52" w:rsidRPr="005906DB">
        <w:rPr>
          <w:lang w:eastAsia="zh-CN"/>
        </w:rPr>
        <w:t>。</w:t>
      </w:r>
    </w:p>
    <w:p w14:paraId="250B65E7" w14:textId="20136040" w:rsidR="007D4908" w:rsidRPr="005906DB" w:rsidRDefault="007D4908" w:rsidP="00744916">
      <w:pPr>
        <w:spacing w:line="500" w:lineRule="exact"/>
        <w:ind w:firstLine="640"/>
        <w:jc w:val="both"/>
        <w:rPr>
          <w:lang w:eastAsia="zh-CN"/>
        </w:rPr>
      </w:pPr>
      <w:r w:rsidRPr="005906DB">
        <w:rPr>
          <w:rFonts w:hint="eastAsia"/>
          <w:lang w:eastAsia="zh-CN"/>
        </w:rPr>
        <w:t>2.</w:t>
      </w:r>
      <w:r w:rsidRPr="005906DB">
        <w:rPr>
          <w:lang w:eastAsia="zh-CN"/>
        </w:rPr>
        <w:t>了解2026年大赛各赛项规则要求</w:t>
      </w:r>
      <w:r w:rsidR="00BE4B52" w:rsidRPr="005906DB">
        <w:rPr>
          <w:lang w:eastAsia="zh-CN"/>
        </w:rPr>
        <w:t>。</w:t>
      </w:r>
    </w:p>
    <w:p w14:paraId="5EA44E08" w14:textId="056F17B6" w:rsidR="007D4908" w:rsidRPr="005906DB" w:rsidRDefault="007D4908" w:rsidP="00744916">
      <w:pPr>
        <w:spacing w:line="500" w:lineRule="exact"/>
        <w:ind w:firstLine="640"/>
        <w:jc w:val="both"/>
        <w:rPr>
          <w:lang w:eastAsia="zh-CN"/>
        </w:rPr>
      </w:pPr>
      <w:r w:rsidRPr="005906DB">
        <w:rPr>
          <w:rFonts w:hint="eastAsia"/>
          <w:lang w:eastAsia="zh-CN"/>
        </w:rPr>
        <w:t>3.</w:t>
      </w:r>
      <w:r w:rsidRPr="005906DB">
        <w:rPr>
          <w:lang w:eastAsia="zh-CN"/>
        </w:rPr>
        <w:t>来自全国各地中小学或高校在职教师</w:t>
      </w:r>
      <w:r w:rsidR="00BE4B52" w:rsidRPr="005906DB">
        <w:rPr>
          <w:lang w:eastAsia="zh-CN"/>
        </w:rPr>
        <w:t>。</w:t>
      </w:r>
    </w:p>
    <w:p w14:paraId="7AF33D0A" w14:textId="106FE5B9" w:rsidR="00F60338" w:rsidRPr="005906DB" w:rsidRDefault="007D4908" w:rsidP="00744916">
      <w:pPr>
        <w:spacing w:line="500" w:lineRule="exact"/>
        <w:ind w:firstLine="640"/>
        <w:jc w:val="both"/>
        <w:rPr>
          <w:lang w:eastAsia="zh-CN"/>
        </w:rPr>
      </w:pPr>
      <w:r w:rsidRPr="005906DB">
        <w:rPr>
          <w:rFonts w:hint="eastAsia"/>
          <w:lang w:eastAsia="zh-CN"/>
        </w:rPr>
        <w:lastRenderedPageBreak/>
        <w:t>4.</w:t>
      </w:r>
      <w:r w:rsidRPr="005906DB">
        <w:rPr>
          <w:lang w:eastAsia="zh-CN"/>
        </w:rPr>
        <w:t>具备良好的职业素养，公正、严谨、责任心强，能够严格按照赛事规则执裁</w:t>
      </w:r>
      <w:r w:rsidR="00BE4B52" w:rsidRPr="005906DB">
        <w:rPr>
          <w:lang w:eastAsia="zh-CN"/>
        </w:rPr>
        <w:t>。</w:t>
      </w:r>
    </w:p>
    <w:p w14:paraId="5510432B" w14:textId="735F462F" w:rsidR="007D4908" w:rsidRPr="005906DB" w:rsidRDefault="007D4908" w:rsidP="007D4908">
      <w:pPr>
        <w:spacing w:line="500" w:lineRule="exact"/>
        <w:ind w:firstLineChars="200" w:firstLine="640"/>
        <w:jc w:val="both"/>
        <w:rPr>
          <w:lang w:eastAsia="zh-CN"/>
        </w:rPr>
      </w:pPr>
      <w:r w:rsidRPr="005906DB">
        <w:rPr>
          <w:rFonts w:hint="eastAsia"/>
          <w:lang w:eastAsia="zh-CN"/>
        </w:rPr>
        <w:t>（四）</w:t>
      </w:r>
      <w:r w:rsidRPr="005906DB">
        <w:rPr>
          <w:lang w:eastAsia="zh-CN"/>
        </w:rPr>
        <w:t>保证所</w:t>
      </w:r>
      <w:r w:rsidR="001D573C" w:rsidRPr="005906DB">
        <w:rPr>
          <w:lang w:eastAsia="zh-CN"/>
        </w:rPr>
        <w:t>筛选</w:t>
      </w:r>
      <w:r w:rsidRPr="005906DB">
        <w:rPr>
          <w:lang w:eastAsia="zh-CN"/>
        </w:rPr>
        <w:t>的志愿者满足以下要求：</w:t>
      </w:r>
    </w:p>
    <w:p w14:paraId="01B04360" w14:textId="77777777" w:rsidR="007D4908" w:rsidRPr="005906DB" w:rsidRDefault="007D4908" w:rsidP="007D4908">
      <w:pPr>
        <w:spacing w:line="500" w:lineRule="exact"/>
        <w:ind w:firstLineChars="200" w:firstLine="640"/>
        <w:jc w:val="both"/>
        <w:rPr>
          <w:lang w:eastAsia="zh-CN"/>
        </w:rPr>
      </w:pPr>
      <w:r w:rsidRPr="005906DB">
        <w:rPr>
          <w:rFonts w:hint="eastAsia"/>
          <w:lang w:eastAsia="zh-CN"/>
        </w:rPr>
        <w:t>1.</w:t>
      </w:r>
      <w:r w:rsidRPr="005906DB">
        <w:rPr>
          <w:lang w:eastAsia="zh-CN"/>
        </w:rPr>
        <w:t>为在校学生，以桐乡本地或周边地区高校、中学在校学生为主</w:t>
      </w:r>
      <w:r w:rsidR="00BE4B52" w:rsidRPr="005906DB">
        <w:rPr>
          <w:lang w:eastAsia="zh-CN"/>
        </w:rPr>
        <w:t>。</w:t>
      </w:r>
    </w:p>
    <w:p w14:paraId="4902A7C5" w14:textId="77777777" w:rsidR="007D4908" w:rsidRPr="005906DB" w:rsidRDefault="007D4908" w:rsidP="007D4908">
      <w:pPr>
        <w:spacing w:line="500" w:lineRule="exact"/>
        <w:ind w:firstLineChars="200" w:firstLine="640"/>
        <w:jc w:val="both"/>
        <w:rPr>
          <w:lang w:eastAsia="zh-CN"/>
        </w:rPr>
      </w:pPr>
      <w:r w:rsidRPr="005906DB">
        <w:rPr>
          <w:rFonts w:hint="eastAsia"/>
          <w:lang w:eastAsia="zh-CN"/>
        </w:rPr>
        <w:t>2.</w:t>
      </w:r>
      <w:r w:rsidRPr="005906DB">
        <w:rPr>
          <w:lang w:eastAsia="zh-CN"/>
        </w:rPr>
        <w:t>身体健康，具备基本服务能力</w:t>
      </w:r>
      <w:r w:rsidR="00BE4B52" w:rsidRPr="005906DB">
        <w:rPr>
          <w:lang w:eastAsia="zh-CN"/>
        </w:rPr>
        <w:t>。</w:t>
      </w:r>
    </w:p>
    <w:p w14:paraId="6079ADA1" w14:textId="26009DB0" w:rsidR="00F60338" w:rsidRPr="005906DB" w:rsidRDefault="007D4908" w:rsidP="007D4908">
      <w:pPr>
        <w:spacing w:line="500" w:lineRule="exact"/>
        <w:ind w:firstLineChars="200" w:firstLine="640"/>
        <w:jc w:val="both"/>
        <w:rPr>
          <w:lang w:eastAsia="zh-CN"/>
        </w:rPr>
      </w:pPr>
      <w:r w:rsidRPr="005906DB">
        <w:rPr>
          <w:rFonts w:hint="eastAsia"/>
          <w:lang w:eastAsia="zh-CN"/>
        </w:rPr>
        <w:t>3.</w:t>
      </w:r>
      <w:r w:rsidRPr="005906DB">
        <w:rPr>
          <w:lang w:eastAsia="zh-CN"/>
        </w:rPr>
        <w:t>服从管理，责任心强，能够按时到岗</w:t>
      </w:r>
      <w:r w:rsidR="00BE4B52" w:rsidRPr="005906DB">
        <w:rPr>
          <w:lang w:eastAsia="zh-CN"/>
        </w:rPr>
        <w:t>。</w:t>
      </w:r>
    </w:p>
    <w:p w14:paraId="3706E337" w14:textId="2B5878EA" w:rsidR="00F60338" w:rsidRPr="005906DB" w:rsidRDefault="007D4908" w:rsidP="00744916">
      <w:pPr>
        <w:spacing w:line="500" w:lineRule="exact"/>
        <w:ind w:firstLine="640"/>
        <w:jc w:val="both"/>
        <w:rPr>
          <w:lang w:eastAsia="zh-CN"/>
        </w:rPr>
      </w:pPr>
      <w:r w:rsidRPr="005906DB">
        <w:rPr>
          <w:rFonts w:hint="eastAsia"/>
          <w:lang w:eastAsia="zh-CN"/>
        </w:rPr>
        <w:t>（五）</w:t>
      </w:r>
      <w:r w:rsidRPr="005906DB">
        <w:rPr>
          <w:lang w:eastAsia="zh-CN"/>
        </w:rPr>
        <w:t>建立完善的考勤管理制度，确保人员出勤率不低于95%</w:t>
      </w:r>
      <w:r w:rsidR="00BE4B52" w:rsidRPr="005906DB">
        <w:rPr>
          <w:lang w:eastAsia="zh-CN"/>
        </w:rPr>
        <w:t>。</w:t>
      </w:r>
    </w:p>
    <w:p w14:paraId="1E4773C6" w14:textId="7C236B9E" w:rsidR="00F60338" w:rsidRPr="005906DB" w:rsidRDefault="007D4908" w:rsidP="00744916">
      <w:pPr>
        <w:spacing w:line="500" w:lineRule="exact"/>
        <w:ind w:firstLine="640"/>
        <w:jc w:val="both"/>
        <w:rPr>
          <w:lang w:eastAsia="zh-CN"/>
        </w:rPr>
      </w:pPr>
      <w:r w:rsidRPr="005906DB">
        <w:rPr>
          <w:rFonts w:hint="eastAsia"/>
          <w:lang w:eastAsia="zh-CN"/>
        </w:rPr>
        <w:t>（六）</w:t>
      </w:r>
      <w:r w:rsidRPr="005906DB">
        <w:rPr>
          <w:lang w:eastAsia="zh-CN"/>
        </w:rPr>
        <w:t>配备不少于2名现场管理人员，负责日常协调与突发事件处理</w:t>
      </w:r>
      <w:r w:rsidR="00BE4B52" w:rsidRPr="005906DB">
        <w:rPr>
          <w:lang w:eastAsia="zh-CN"/>
        </w:rPr>
        <w:t>。</w:t>
      </w:r>
    </w:p>
    <w:p w14:paraId="36312EA6" w14:textId="75E47898" w:rsidR="00F60338" w:rsidRPr="005906DB" w:rsidRDefault="007D4908" w:rsidP="00744916">
      <w:pPr>
        <w:spacing w:line="500" w:lineRule="exact"/>
        <w:ind w:firstLine="640"/>
        <w:jc w:val="both"/>
        <w:rPr>
          <w:lang w:eastAsia="zh-CN"/>
        </w:rPr>
      </w:pPr>
      <w:r w:rsidRPr="005906DB">
        <w:rPr>
          <w:rFonts w:hint="eastAsia"/>
          <w:lang w:eastAsia="zh-CN"/>
        </w:rPr>
        <w:t>（七）</w:t>
      </w:r>
      <w:r w:rsidRPr="005906DB">
        <w:rPr>
          <w:lang w:eastAsia="zh-CN"/>
        </w:rPr>
        <w:t>服务结束后10个工作日内提交项目总结报告。</w:t>
      </w:r>
    </w:p>
    <w:p w14:paraId="17D7673B" w14:textId="0324356A" w:rsidR="00F60338" w:rsidRPr="005906DB" w:rsidRDefault="007D4908" w:rsidP="00744916">
      <w:pPr>
        <w:spacing w:before="60" w:after="40" w:line="500" w:lineRule="exact"/>
        <w:jc w:val="both"/>
        <w:rPr>
          <w:lang w:eastAsia="zh-CN"/>
        </w:rPr>
      </w:pPr>
      <w:r w:rsidRPr="005906DB">
        <w:rPr>
          <w:rFonts w:ascii="黑体" w:eastAsia="黑体" w:hAnsi="黑体" w:hint="eastAsia"/>
          <w:lang w:eastAsia="zh-CN"/>
        </w:rPr>
        <w:t>三</w:t>
      </w:r>
      <w:r w:rsidRPr="005906DB">
        <w:rPr>
          <w:rFonts w:ascii="黑体" w:eastAsia="黑体" w:hAnsi="黑体"/>
          <w:lang w:eastAsia="zh-CN"/>
        </w:rPr>
        <w:t>、验收标准</w:t>
      </w:r>
    </w:p>
    <w:p w14:paraId="3D9FFC81" w14:textId="59A5AE7F" w:rsidR="00F60338" w:rsidRPr="005906DB" w:rsidRDefault="00000000" w:rsidP="00744916">
      <w:pPr>
        <w:spacing w:line="500" w:lineRule="exact"/>
        <w:ind w:firstLine="640"/>
        <w:jc w:val="both"/>
        <w:rPr>
          <w:lang w:eastAsia="zh-CN"/>
        </w:rPr>
      </w:pPr>
      <w:r w:rsidRPr="005906DB">
        <w:rPr>
          <w:lang w:eastAsia="zh-CN"/>
        </w:rPr>
        <w:t>1.裁判员实际到岗人数不少于</w:t>
      </w:r>
      <w:r w:rsidR="007D4908" w:rsidRPr="005906DB">
        <w:rPr>
          <w:rFonts w:hint="eastAsia"/>
          <w:lang w:eastAsia="zh-CN"/>
        </w:rPr>
        <w:t>250</w:t>
      </w:r>
      <w:r w:rsidRPr="005906DB">
        <w:rPr>
          <w:lang w:eastAsia="zh-CN"/>
        </w:rPr>
        <w:t>人</w:t>
      </w:r>
      <w:r w:rsidR="00BE4B52" w:rsidRPr="005906DB">
        <w:rPr>
          <w:lang w:eastAsia="zh-CN"/>
        </w:rPr>
        <w:t>。</w:t>
      </w:r>
    </w:p>
    <w:p w14:paraId="3DA6B1F0" w14:textId="0D56A7BC" w:rsidR="00F60338" w:rsidRPr="005906DB" w:rsidRDefault="00000000" w:rsidP="00744916">
      <w:pPr>
        <w:spacing w:line="500" w:lineRule="exact"/>
        <w:ind w:firstLine="640"/>
        <w:jc w:val="both"/>
        <w:rPr>
          <w:lang w:eastAsia="zh-CN"/>
        </w:rPr>
      </w:pPr>
      <w:r w:rsidRPr="005906DB">
        <w:rPr>
          <w:lang w:eastAsia="zh-CN"/>
        </w:rPr>
        <w:t>2.志愿者</w:t>
      </w:r>
      <w:r w:rsidR="007D4908" w:rsidRPr="005906DB">
        <w:rPr>
          <w:rFonts w:hint="eastAsia"/>
          <w:lang w:eastAsia="zh-CN"/>
        </w:rPr>
        <w:t>每日</w:t>
      </w:r>
      <w:r w:rsidRPr="005906DB">
        <w:rPr>
          <w:lang w:eastAsia="zh-CN"/>
        </w:rPr>
        <w:t>实际到岗人数不少于200人，出勤率不低于95%</w:t>
      </w:r>
      <w:r w:rsidR="00BE4B52" w:rsidRPr="005906DB">
        <w:rPr>
          <w:lang w:eastAsia="zh-CN"/>
        </w:rPr>
        <w:t>。</w:t>
      </w:r>
    </w:p>
    <w:p w14:paraId="3F050C32" w14:textId="506DA0F3" w:rsidR="00F60338" w:rsidRPr="005906DB" w:rsidRDefault="00000000" w:rsidP="00744916">
      <w:pPr>
        <w:spacing w:line="500" w:lineRule="exact"/>
        <w:ind w:firstLine="640"/>
        <w:jc w:val="both"/>
        <w:rPr>
          <w:lang w:eastAsia="zh-CN"/>
        </w:rPr>
      </w:pPr>
      <w:r w:rsidRPr="005906DB">
        <w:rPr>
          <w:lang w:eastAsia="zh-CN"/>
        </w:rPr>
        <w:t>3.赛事期间无因裁判员或志愿者管理不当导致的重大事故</w:t>
      </w:r>
      <w:r w:rsidR="00BE4B52" w:rsidRPr="005906DB">
        <w:rPr>
          <w:lang w:eastAsia="zh-CN"/>
        </w:rPr>
        <w:t>。</w:t>
      </w:r>
    </w:p>
    <w:p w14:paraId="3FB1A2FF" w14:textId="0C351091" w:rsidR="00F60338" w:rsidRPr="005906DB" w:rsidRDefault="00000000" w:rsidP="00744916">
      <w:pPr>
        <w:spacing w:line="500" w:lineRule="exact"/>
        <w:ind w:firstLine="640"/>
        <w:jc w:val="both"/>
        <w:rPr>
          <w:lang w:eastAsia="zh-CN"/>
        </w:rPr>
      </w:pPr>
      <w:r w:rsidRPr="005906DB">
        <w:rPr>
          <w:lang w:eastAsia="zh-CN"/>
        </w:rPr>
        <w:t>4.采购人对服务质量满意度评价达到合格及以上</w:t>
      </w:r>
      <w:r w:rsidR="00BE4B52" w:rsidRPr="005906DB">
        <w:rPr>
          <w:lang w:eastAsia="zh-CN"/>
        </w:rPr>
        <w:t>。</w:t>
      </w:r>
    </w:p>
    <w:p w14:paraId="1CC6D965" w14:textId="77777777" w:rsidR="00F60338" w:rsidRPr="005906DB" w:rsidRDefault="00000000" w:rsidP="00744916">
      <w:pPr>
        <w:spacing w:line="500" w:lineRule="exact"/>
        <w:ind w:firstLine="640"/>
        <w:jc w:val="both"/>
        <w:rPr>
          <w:lang w:eastAsia="zh-CN"/>
        </w:rPr>
      </w:pPr>
      <w:r w:rsidRPr="005906DB">
        <w:rPr>
          <w:lang w:eastAsia="zh-CN"/>
        </w:rPr>
        <w:t>5.项目总结报告内容完整、数据准确。</w:t>
      </w:r>
    </w:p>
    <w:p w14:paraId="138EB97B" w14:textId="77777777" w:rsidR="00F60338" w:rsidRPr="005906DB" w:rsidRDefault="00000000" w:rsidP="00744916">
      <w:pPr>
        <w:spacing w:before="60" w:after="40" w:line="500" w:lineRule="exact"/>
        <w:jc w:val="both"/>
        <w:rPr>
          <w:lang w:eastAsia="zh-CN"/>
        </w:rPr>
      </w:pPr>
      <w:r w:rsidRPr="005906DB">
        <w:rPr>
          <w:rFonts w:ascii="黑体" w:eastAsia="黑体" w:hAnsi="黑体"/>
          <w:lang w:eastAsia="zh-CN"/>
        </w:rPr>
        <w:t>五、付款方式</w:t>
      </w:r>
    </w:p>
    <w:p w14:paraId="656E6997" w14:textId="5FA054C5" w:rsidR="00F60338" w:rsidRPr="005906DB" w:rsidRDefault="00000000" w:rsidP="00744916">
      <w:pPr>
        <w:spacing w:line="500" w:lineRule="exact"/>
        <w:ind w:firstLine="640"/>
        <w:jc w:val="both"/>
        <w:rPr>
          <w:lang w:eastAsia="zh-CN"/>
        </w:rPr>
      </w:pPr>
      <w:r w:rsidRPr="005906DB">
        <w:rPr>
          <w:lang w:eastAsia="zh-CN"/>
        </w:rPr>
        <w:t>合同签订后支付合同总额的</w:t>
      </w:r>
      <w:r w:rsidR="007D4908" w:rsidRPr="005906DB">
        <w:rPr>
          <w:rFonts w:hint="eastAsia"/>
          <w:lang w:eastAsia="zh-CN"/>
        </w:rPr>
        <w:t>80</w:t>
      </w:r>
      <w:r w:rsidRPr="005906DB">
        <w:rPr>
          <w:lang w:eastAsia="zh-CN"/>
        </w:rPr>
        <w:t>%作为预付款</w:t>
      </w:r>
      <w:r w:rsidR="00BE4B52" w:rsidRPr="005906DB">
        <w:rPr>
          <w:lang w:eastAsia="zh-CN"/>
        </w:rPr>
        <w:t>。</w:t>
      </w:r>
      <w:r w:rsidRPr="005906DB">
        <w:rPr>
          <w:lang w:eastAsia="zh-CN"/>
        </w:rPr>
        <w:t>服务完成并经采购人验收合格后，支付剩余</w:t>
      </w:r>
      <w:r w:rsidR="007D4908" w:rsidRPr="005906DB">
        <w:rPr>
          <w:rFonts w:hint="eastAsia"/>
          <w:lang w:eastAsia="zh-CN"/>
        </w:rPr>
        <w:t>20</w:t>
      </w:r>
      <w:r w:rsidRPr="005906DB">
        <w:rPr>
          <w:lang w:eastAsia="zh-CN"/>
        </w:rPr>
        <w:t>%尾款。</w:t>
      </w:r>
    </w:p>
    <w:p w14:paraId="57D5B1C0" w14:textId="77777777" w:rsidR="00F60338" w:rsidRPr="005906DB" w:rsidRDefault="00000000" w:rsidP="00744916">
      <w:pPr>
        <w:spacing w:line="500" w:lineRule="exact"/>
        <w:jc w:val="both"/>
        <w:rPr>
          <w:lang w:eastAsia="zh-CN"/>
        </w:rPr>
      </w:pPr>
      <w:r w:rsidRPr="005906DB">
        <w:rPr>
          <w:lang w:eastAsia="zh-CN"/>
        </w:rPr>
        <w:br w:type="page"/>
      </w:r>
    </w:p>
    <w:p w14:paraId="3C11022B" w14:textId="77777777" w:rsidR="00F60338" w:rsidRPr="005906DB" w:rsidRDefault="00000000" w:rsidP="00744916">
      <w:pPr>
        <w:spacing w:before="120" w:after="60" w:line="500" w:lineRule="exact"/>
        <w:jc w:val="both"/>
        <w:rPr>
          <w:lang w:eastAsia="zh-CN"/>
        </w:rPr>
      </w:pPr>
      <w:r w:rsidRPr="005906DB">
        <w:rPr>
          <w:rFonts w:ascii="黑体" w:eastAsia="黑体" w:hAnsi="黑体"/>
          <w:b/>
          <w:lang w:eastAsia="zh-CN"/>
        </w:rPr>
        <w:lastRenderedPageBreak/>
        <w:t>第四章  评审标准</w:t>
      </w:r>
    </w:p>
    <w:p w14:paraId="738D0947" w14:textId="77777777" w:rsidR="00F60338" w:rsidRPr="005906DB" w:rsidRDefault="00000000" w:rsidP="00744916">
      <w:pPr>
        <w:spacing w:line="500" w:lineRule="exact"/>
        <w:jc w:val="both"/>
        <w:rPr>
          <w:lang w:eastAsia="zh-CN"/>
        </w:rPr>
      </w:pPr>
      <w:r w:rsidRPr="005906DB">
        <w:rPr>
          <w:lang w:eastAsia="zh-CN"/>
        </w:rPr>
        <w:t>注：评分分值计算保留小数点后两位，第三位四舍五入。</w:t>
      </w:r>
    </w:p>
    <w:tbl>
      <w:tblPr>
        <w:tblStyle w:val="aff1"/>
        <w:tblW w:w="0" w:type="auto"/>
        <w:jc w:val="center"/>
        <w:tblLook w:val="04A0" w:firstRow="1" w:lastRow="0" w:firstColumn="1" w:lastColumn="0" w:noHBand="0" w:noVBand="1"/>
      </w:tblPr>
      <w:tblGrid>
        <w:gridCol w:w="710"/>
        <w:gridCol w:w="1985"/>
        <w:gridCol w:w="1559"/>
        <w:gridCol w:w="992"/>
        <w:gridCol w:w="3934"/>
      </w:tblGrid>
      <w:tr w:rsidR="00F60338" w:rsidRPr="005906DB" w14:paraId="731C6FF5" w14:textId="77777777" w:rsidTr="001D573C">
        <w:trPr>
          <w:jc w:val="center"/>
        </w:trPr>
        <w:tc>
          <w:tcPr>
            <w:tcW w:w="710" w:type="dxa"/>
          </w:tcPr>
          <w:p w14:paraId="04A9EAF3" w14:textId="77777777" w:rsidR="00F60338" w:rsidRPr="005906DB" w:rsidRDefault="00000000" w:rsidP="001D573C">
            <w:pPr>
              <w:spacing w:line="400" w:lineRule="exact"/>
            </w:pPr>
            <w:proofErr w:type="spellStart"/>
            <w:r w:rsidRPr="005906DB">
              <w:rPr>
                <w:b/>
                <w:sz w:val="22"/>
              </w:rPr>
              <w:t>序号</w:t>
            </w:r>
            <w:proofErr w:type="spellEnd"/>
          </w:p>
        </w:tc>
        <w:tc>
          <w:tcPr>
            <w:tcW w:w="1985" w:type="dxa"/>
          </w:tcPr>
          <w:p w14:paraId="05A70D06" w14:textId="77777777" w:rsidR="00F60338" w:rsidRPr="005906DB" w:rsidRDefault="00000000" w:rsidP="001D573C">
            <w:pPr>
              <w:spacing w:line="400" w:lineRule="exact"/>
            </w:pPr>
            <w:r w:rsidRPr="005906DB">
              <w:rPr>
                <w:b/>
                <w:sz w:val="22"/>
              </w:rPr>
              <w:t>评分因素</w:t>
            </w:r>
          </w:p>
        </w:tc>
        <w:tc>
          <w:tcPr>
            <w:tcW w:w="1559" w:type="dxa"/>
          </w:tcPr>
          <w:p w14:paraId="74AB611D" w14:textId="77777777" w:rsidR="00F60338" w:rsidRPr="005906DB" w:rsidRDefault="00000000" w:rsidP="001D573C">
            <w:pPr>
              <w:spacing w:line="400" w:lineRule="exact"/>
            </w:pPr>
            <w:r w:rsidRPr="005906DB">
              <w:rPr>
                <w:b/>
                <w:sz w:val="22"/>
              </w:rPr>
              <w:t>评审项目</w:t>
            </w:r>
          </w:p>
        </w:tc>
        <w:tc>
          <w:tcPr>
            <w:tcW w:w="992" w:type="dxa"/>
          </w:tcPr>
          <w:p w14:paraId="6DB98FBE" w14:textId="77777777" w:rsidR="00F60338" w:rsidRPr="005906DB" w:rsidRDefault="00000000" w:rsidP="001D573C">
            <w:pPr>
              <w:spacing w:line="400" w:lineRule="exact"/>
            </w:pPr>
            <w:r w:rsidRPr="005906DB">
              <w:rPr>
                <w:b/>
                <w:sz w:val="22"/>
              </w:rPr>
              <w:t>分值</w:t>
            </w:r>
          </w:p>
        </w:tc>
        <w:tc>
          <w:tcPr>
            <w:tcW w:w="3934" w:type="dxa"/>
          </w:tcPr>
          <w:p w14:paraId="02CC4FC2" w14:textId="77777777" w:rsidR="00F60338" w:rsidRPr="005906DB" w:rsidRDefault="00000000" w:rsidP="001D573C">
            <w:pPr>
              <w:spacing w:line="400" w:lineRule="exact"/>
            </w:pPr>
            <w:r w:rsidRPr="005906DB">
              <w:rPr>
                <w:b/>
                <w:sz w:val="22"/>
              </w:rPr>
              <w:t>评分标准</w:t>
            </w:r>
          </w:p>
        </w:tc>
      </w:tr>
      <w:tr w:rsidR="001D573C" w:rsidRPr="005906DB" w14:paraId="0D2F5453" w14:textId="77777777" w:rsidTr="001D573C">
        <w:trPr>
          <w:jc w:val="center"/>
        </w:trPr>
        <w:tc>
          <w:tcPr>
            <w:tcW w:w="710" w:type="dxa"/>
          </w:tcPr>
          <w:p w14:paraId="250009D6" w14:textId="77777777" w:rsidR="001D573C" w:rsidRPr="005906DB" w:rsidRDefault="001D573C" w:rsidP="001D573C">
            <w:pPr>
              <w:spacing w:line="400" w:lineRule="exact"/>
            </w:pPr>
            <w:r w:rsidRPr="005906DB">
              <w:rPr>
                <w:sz w:val="22"/>
              </w:rPr>
              <w:t>1</w:t>
            </w:r>
          </w:p>
        </w:tc>
        <w:tc>
          <w:tcPr>
            <w:tcW w:w="1985" w:type="dxa"/>
            <w:vMerge w:val="restart"/>
          </w:tcPr>
          <w:p w14:paraId="0D861C81" w14:textId="4A805BD3" w:rsidR="001D573C" w:rsidRPr="005906DB" w:rsidRDefault="001D573C" w:rsidP="001D573C">
            <w:pPr>
              <w:spacing w:line="400" w:lineRule="exact"/>
            </w:pPr>
            <w:r w:rsidRPr="005906DB">
              <w:rPr>
                <w:sz w:val="22"/>
              </w:rPr>
              <w:t>商务（65分）</w:t>
            </w:r>
          </w:p>
        </w:tc>
        <w:tc>
          <w:tcPr>
            <w:tcW w:w="1559" w:type="dxa"/>
          </w:tcPr>
          <w:p w14:paraId="6D003875" w14:textId="77777777" w:rsidR="001D573C" w:rsidRPr="005906DB" w:rsidRDefault="001D573C" w:rsidP="001D573C">
            <w:pPr>
              <w:spacing w:line="400" w:lineRule="exact"/>
            </w:pPr>
            <w:r w:rsidRPr="005906DB">
              <w:rPr>
                <w:sz w:val="22"/>
              </w:rPr>
              <w:t>资格证明文件</w:t>
            </w:r>
          </w:p>
        </w:tc>
        <w:tc>
          <w:tcPr>
            <w:tcW w:w="992" w:type="dxa"/>
          </w:tcPr>
          <w:p w14:paraId="3C82D82A" w14:textId="77777777" w:rsidR="001D573C" w:rsidRPr="005906DB" w:rsidRDefault="001D573C" w:rsidP="001D573C">
            <w:pPr>
              <w:spacing w:line="400" w:lineRule="exact"/>
            </w:pPr>
            <w:r w:rsidRPr="005906DB">
              <w:rPr>
                <w:sz w:val="22"/>
              </w:rPr>
              <w:t>5</w:t>
            </w:r>
          </w:p>
        </w:tc>
        <w:tc>
          <w:tcPr>
            <w:tcW w:w="3934" w:type="dxa"/>
          </w:tcPr>
          <w:p w14:paraId="02ABA03F" w14:textId="77777777" w:rsidR="001D573C" w:rsidRPr="005906DB" w:rsidRDefault="001D573C" w:rsidP="001D573C">
            <w:pPr>
              <w:spacing w:line="400" w:lineRule="exact"/>
            </w:pPr>
            <w:r w:rsidRPr="005906DB">
              <w:rPr>
                <w:sz w:val="22"/>
              </w:rPr>
              <w:t>漏项得0分</w:t>
            </w:r>
          </w:p>
        </w:tc>
      </w:tr>
      <w:tr w:rsidR="001D573C" w:rsidRPr="005906DB" w14:paraId="09AF03B8" w14:textId="77777777" w:rsidTr="001D573C">
        <w:trPr>
          <w:jc w:val="center"/>
        </w:trPr>
        <w:tc>
          <w:tcPr>
            <w:tcW w:w="710" w:type="dxa"/>
          </w:tcPr>
          <w:p w14:paraId="6BC2B9E9" w14:textId="77777777" w:rsidR="001D573C" w:rsidRPr="005906DB" w:rsidRDefault="001D573C" w:rsidP="001D573C">
            <w:pPr>
              <w:spacing w:line="400" w:lineRule="exact"/>
            </w:pPr>
          </w:p>
        </w:tc>
        <w:tc>
          <w:tcPr>
            <w:tcW w:w="1985" w:type="dxa"/>
            <w:vMerge/>
          </w:tcPr>
          <w:p w14:paraId="2863149A" w14:textId="77777777" w:rsidR="001D573C" w:rsidRPr="005906DB" w:rsidRDefault="001D573C" w:rsidP="001D573C">
            <w:pPr>
              <w:spacing w:line="400" w:lineRule="exact"/>
            </w:pPr>
          </w:p>
        </w:tc>
        <w:tc>
          <w:tcPr>
            <w:tcW w:w="1559" w:type="dxa"/>
          </w:tcPr>
          <w:p w14:paraId="7C1A10F6" w14:textId="77777777" w:rsidR="001D573C" w:rsidRPr="005906DB" w:rsidRDefault="001D573C" w:rsidP="001D573C">
            <w:pPr>
              <w:spacing w:line="400" w:lineRule="exact"/>
            </w:pPr>
            <w:r w:rsidRPr="005906DB">
              <w:rPr>
                <w:sz w:val="22"/>
              </w:rPr>
              <w:t>业绩证明</w:t>
            </w:r>
          </w:p>
        </w:tc>
        <w:tc>
          <w:tcPr>
            <w:tcW w:w="992" w:type="dxa"/>
          </w:tcPr>
          <w:p w14:paraId="0F09B657" w14:textId="77777777" w:rsidR="001D573C" w:rsidRPr="005906DB" w:rsidRDefault="001D573C" w:rsidP="001D573C">
            <w:pPr>
              <w:spacing w:line="400" w:lineRule="exact"/>
            </w:pPr>
            <w:r w:rsidRPr="005906DB">
              <w:rPr>
                <w:sz w:val="22"/>
              </w:rPr>
              <w:t>30</w:t>
            </w:r>
          </w:p>
        </w:tc>
        <w:tc>
          <w:tcPr>
            <w:tcW w:w="3934" w:type="dxa"/>
          </w:tcPr>
          <w:p w14:paraId="02A4DC95" w14:textId="2C771583" w:rsidR="001D573C" w:rsidRPr="005906DB" w:rsidRDefault="001D573C" w:rsidP="001D573C">
            <w:pPr>
              <w:spacing w:line="400" w:lineRule="exact"/>
              <w:rPr>
                <w:lang w:eastAsia="zh-CN"/>
              </w:rPr>
            </w:pPr>
            <w:r w:rsidRPr="005906DB">
              <w:rPr>
                <w:sz w:val="22"/>
                <w:lang w:eastAsia="zh-CN"/>
              </w:rPr>
              <w:t>赛事人员组织管理相关业绩每份</w:t>
            </w:r>
            <w:r w:rsidR="005906DB" w:rsidRPr="005906DB">
              <w:rPr>
                <w:sz w:val="22"/>
                <w:lang w:eastAsia="zh-CN"/>
              </w:rPr>
              <w:t>10</w:t>
            </w:r>
            <w:r w:rsidRPr="005906DB">
              <w:rPr>
                <w:sz w:val="22"/>
                <w:lang w:eastAsia="zh-CN"/>
              </w:rPr>
              <w:t>分（满分</w:t>
            </w:r>
            <w:r w:rsidR="005906DB" w:rsidRPr="005906DB">
              <w:rPr>
                <w:sz w:val="22"/>
                <w:lang w:eastAsia="zh-CN"/>
              </w:rPr>
              <w:t>30</w:t>
            </w:r>
            <w:r w:rsidRPr="005906DB">
              <w:rPr>
                <w:sz w:val="22"/>
                <w:lang w:eastAsia="zh-CN"/>
              </w:rPr>
              <w:t>分）。</w:t>
            </w:r>
          </w:p>
        </w:tc>
      </w:tr>
      <w:tr w:rsidR="001D573C" w:rsidRPr="005906DB" w14:paraId="611FA408" w14:textId="77777777" w:rsidTr="001D573C">
        <w:trPr>
          <w:jc w:val="center"/>
        </w:trPr>
        <w:tc>
          <w:tcPr>
            <w:tcW w:w="710" w:type="dxa"/>
          </w:tcPr>
          <w:p w14:paraId="1A2E572E" w14:textId="77777777" w:rsidR="001D573C" w:rsidRPr="005906DB" w:rsidRDefault="001D573C" w:rsidP="001D573C">
            <w:pPr>
              <w:spacing w:line="400" w:lineRule="exact"/>
              <w:rPr>
                <w:lang w:eastAsia="zh-CN"/>
              </w:rPr>
            </w:pPr>
          </w:p>
        </w:tc>
        <w:tc>
          <w:tcPr>
            <w:tcW w:w="1985" w:type="dxa"/>
            <w:vMerge/>
          </w:tcPr>
          <w:p w14:paraId="7ED3460E" w14:textId="77777777" w:rsidR="001D573C" w:rsidRPr="005906DB" w:rsidRDefault="001D573C" w:rsidP="001D573C">
            <w:pPr>
              <w:spacing w:line="400" w:lineRule="exact"/>
              <w:rPr>
                <w:lang w:eastAsia="zh-CN"/>
              </w:rPr>
            </w:pPr>
          </w:p>
        </w:tc>
        <w:tc>
          <w:tcPr>
            <w:tcW w:w="1559" w:type="dxa"/>
          </w:tcPr>
          <w:p w14:paraId="0A338D8C" w14:textId="77777777" w:rsidR="001D573C" w:rsidRPr="005906DB" w:rsidRDefault="001D573C" w:rsidP="001D573C">
            <w:pPr>
              <w:spacing w:line="400" w:lineRule="exact"/>
            </w:pPr>
            <w:proofErr w:type="spellStart"/>
            <w:r w:rsidRPr="005906DB">
              <w:rPr>
                <w:sz w:val="22"/>
              </w:rPr>
              <w:t>报价</w:t>
            </w:r>
            <w:proofErr w:type="spellEnd"/>
          </w:p>
        </w:tc>
        <w:tc>
          <w:tcPr>
            <w:tcW w:w="992" w:type="dxa"/>
          </w:tcPr>
          <w:p w14:paraId="76C9F8B7" w14:textId="77777777" w:rsidR="001D573C" w:rsidRPr="005906DB" w:rsidRDefault="001D573C" w:rsidP="001D573C">
            <w:pPr>
              <w:spacing w:line="400" w:lineRule="exact"/>
            </w:pPr>
            <w:r w:rsidRPr="005906DB">
              <w:rPr>
                <w:sz w:val="22"/>
              </w:rPr>
              <w:t>30</w:t>
            </w:r>
          </w:p>
        </w:tc>
        <w:tc>
          <w:tcPr>
            <w:tcW w:w="3934" w:type="dxa"/>
          </w:tcPr>
          <w:p w14:paraId="3D5781E9" w14:textId="77777777" w:rsidR="001D573C" w:rsidRPr="005906DB" w:rsidRDefault="001D573C" w:rsidP="001D573C">
            <w:pPr>
              <w:spacing w:line="400" w:lineRule="exact"/>
              <w:rPr>
                <w:lang w:eastAsia="zh-CN"/>
              </w:rPr>
            </w:pPr>
            <w:r w:rsidRPr="005906DB">
              <w:rPr>
                <w:sz w:val="22"/>
                <w:lang w:eastAsia="zh-CN"/>
              </w:rPr>
              <w:t>得分=（最低有效报价/报价）×30</w:t>
            </w:r>
          </w:p>
        </w:tc>
      </w:tr>
      <w:tr w:rsidR="001D573C" w:rsidRPr="005906DB" w14:paraId="694C129B" w14:textId="77777777" w:rsidTr="001D573C">
        <w:trPr>
          <w:jc w:val="center"/>
        </w:trPr>
        <w:tc>
          <w:tcPr>
            <w:tcW w:w="710" w:type="dxa"/>
          </w:tcPr>
          <w:p w14:paraId="15E49F53" w14:textId="77777777" w:rsidR="001D573C" w:rsidRPr="005906DB" w:rsidRDefault="001D573C" w:rsidP="001D573C">
            <w:pPr>
              <w:spacing w:line="400" w:lineRule="exact"/>
            </w:pPr>
            <w:r w:rsidRPr="005906DB">
              <w:rPr>
                <w:sz w:val="22"/>
              </w:rPr>
              <w:t>2</w:t>
            </w:r>
          </w:p>
        </w:tc>
        <w:tc>
          <w:tcPr>
            <w:tcW w:w="1985" w:type="dxa"/>
            <w:vMerge w:val="restart"/>
          </w:tcPr>
          <w:p w14:paraId="7EC0F383" w14:textId="722EB470" w:rsidR="001D573C" w:rsidRPr="005906DB" w:rsidRDefault="001D573C" w:rsidP="001D573C">
            <w:pPr>
              <w:spacing w:line="400" w:lineRule="exact"/>
            </w:pPr>
            <w:r w:rsidRPr="005906DB">
              <w:rPr>
                <w:sz w:val="22"/>
              </w:rPr>
              <w:t>技术（30分）</w:t>
            </w:r>
          </w:p>
        </w:tc>
        <w:tc>
          <w:tcPr>
            <w:tcW w:w="1559" w:type="dxa"/>
          </w:tcPr>
          <w:p w14:paraId="4B4AE9EA" w14:textId="0F52A36E" w:rsidR="001D573C" w:rsidRPr="005906DB" w:rsidRDefault="001D573C" w:rsidP="001D573C">
            <w:pPr>
              <w:spacing w:line="400" w:lineRule="exact"/>
            </w:pPr>
            <w:proofErr w:type="spellStart"/>
            <w:r w:rsidRPr="005906DB">
              <w:rPr>
                <w:sz w:val="22"/>
              </w:rPr>
              <w:t>人员筛选方案</w:t>
            </w:r>
            <w:proofErr w:type="spellEnd"/>
          </w:p>
        </w:tc>
        <w:tc>
          <w:tcPr>
            <w:tcW w:w="992" w:type="dxa"/>
          </w:tcPr>
          <w:p w14:paraId="13FCA37B" w14:textId="77777777" w:rsidR="001D573C" w:rsidRPr="005906DB" w:rsidRDefault="001D573C" w:rsidP="001D573C">
            <w:pPr>
              <w:spacing w:line="400" w:lineRule="exact"/>
            </w:pPr>
            <w:r w:rsidRPr="005906DB">
              <w:rPr>
                <w:sz w:val="22"/>
              </w:rPr>
              <w:t>10</w:t>
            </w:r>
          </w:p>
        </w:tc>
        <w:tc>
          <w:tcPr>
            <w:tcW w:w="3934" w:type="dxa"/>
          </w:tcPr>
          <w:p w14:paraId="5E18679E" w14:textId="77777777" w:rsidR="001D573C" w:rsidRPr="005906DB" w:rsidRDefault="001D573C" w:rsidP="001D573C">
            <w:pPr>
              <w:spacing w:line="400" w:lineRule="exact"/>
            </w:pPr>
            <w:r w:rsidRPr="005906DB">
              <w:rPr>
                <w:sz w:val="22"/>
              </w:rPr>
              <w:t>优8-10分，良5-7分，一般1-4分</w:t>
            </w:r>
          </w:p>
        </w:tc>
      </w:tr>
      <w:tr w:rsidR="001D573C" w:rsidRPr="005906DB" w14:paraId="51C482ED" w14:textId="77777777" w:rsidTr="001D573C">
        <w:trPr>
          <w:jc w:val="center"/>
        </w:trPr>
        <w:tc>
          <w:tcPr>
            <w:tcW w:w="710" w:type="dxa"/>
          </w:tcPr>
          <w:p w14:paraId="2672A7F7" w14:textId="77777777" w:rsidR="001D573C" w:rsidRPr="005906DB" w:rsidRDefault="001D573C" w:rsidP="001D573C">
            <w:pPr>
              <w:spacing w:line="400" w:lineRule="exact"/>
            </w:pPr>
          </w:p>
        </w:tc>
        <w:tc>
          <w:tcPr>
            <w:tcW w:w="1985" w:type="dxa"/>
            <w:vMerge/>
          </w:tcPr>
          <w:p w14:paraId="17A2788A" w14:textId="77777777" w:rsidR="001D573C" w:rsidRPr="005906DB" w:rsidRDefault="001D573C" w:rsidP="001D573C">
            <w:pPr>
              <w:spacing w:line="400" w:lineRule="exact"/>
            </w:pPr>
          </w:p>
        </w:tc>
        <w:tc>
          <w:tcPr>
            <w:tcW w:w="1559" w:type="dxa"/>
          </w:tcPr>
          <w:p w14:paraId="4EF6F663" w14:textId="77777777" w:rsidR="001D573C" w:rsidRPr="005906DB" w:rsidRDefault="001D573C" w:rsidP="001D573C">
            <w:pPr>
              <w:spacing w:line="400" w:lineRule="exact"/>
            </w:pPr>
            <w:r w:rsidRPr="005906DB">
              <w:rPr>
                <w:sz w:val="22"/>
              </w:rPr>
              <w:t>现场管理方案</w:t>
            </w:r>
          </w:p>
        </w:tc>
        <w:tc>
          <w:tcPr>
            <w:tcW w:w="992" w:type="dxa"/>
          </w:tcPr>
          <w:p w14:paraId="73570CE7" w14:textId="77777777" w:rsidR="001D573C" w:rsidRPr="005906DB" w:rsidRDefault="001D573C" w:rsidP="001D573C">
            <w:pPr>
              <w:spacing w:line="400" w:lineRule="exact"/>
            </w:pPr>
            <w:r w:rsidRPr="005906DB">
              <w:rPr>
                <w:sz w:val="22"/>
              </w:rPr>
              <w:t>10</w:t>
            </w:r>
          </w:p>
        </w:tc>
        <w:tc>
          <w:tcPr>
            <w:tcW w:w="3934" w:type="dxa"/>
          </w:tcPr>
          <w:p w14:paraId="6D96EB0F" w14:textId="77777777" w:rsidR="001D573C" w:rsidRPr="005906DB" w:rsidRDefault="001D573C" w:rsidP="001D573C">
            <w:pPr>
              <w:spacing w:line="400" w:lineRule="exact"/>
            </w:pPr>
            <w:r w:rsidRPr="005906DB">
              <w:rPr>
                <w:sz w:val="22"/>
              </w:rPr>
              <w:t>优8-10分，良5-7分，一般1-4分</w:t>
            </w:r>
          </w:p>
        </w:tc>
      </w:tr>
      <w:tr w:rsidR="001D573C" w:rsidRPr="005906DB" w14:paraId="3C602A34" w14:textId="77777777" w:rsidTr="001D573C">
        <w:trPr>
          <w:jc w:val="center"/>
        </w:trPr>
        <w:tc>
          <w:tcPr>
            <w:tcW w:w="710" w:type="dxa"/>
          </w:tcPr>
          <w:p w14:paraId="7ADFAE43" w14:textId="77777777" w:rsidR="001D573C" w:rsidRPr="005906DB" w:rsidRDefault="001D573C" w:rsidP="001D573C">
            <w:pPr>
              <w:spacing w:line="400" w:lineRule="exact"/>
            </w:pPr>
          </w:p>
        </w:tc>
        <w:tc>
          <w:tcPr>
            <w:tcW w:w="1985" w:type="dxa"/>
            <w:vMerge/>
          </w:tcPr>
          <w:p w14:paraId="722D3D51" w14:textId="77777777" w:rsidR="001D573C" w:rsidRPr="005906DB" w:rsidRDefault="001D573C" w:rsidP="001D573C">
            <w:pPr>
              <w:spacing w:line="400" w:lineRule="exact"/>
            </w:pPr>
          </w:p>
        </w:tc>
        <w:tc>
          <w:tcPr>
            <w:tcW w:w="1559" w:type="dxa"/>
          </w:tcPr>
          <w:p w14:paraId="4C964BBA" w14:textId="77777777" w:rsidR="001D573C" w:rsidRPr="005906DB" w:rsidRDefault="001D573C" w:rsidP="001D573C">
            <w:pPr>
              <w:spacing w:line="400" w:lineRule="exact"/>
            </w:pPr>
            <w:r w:rsidRPr="005906DB">
              <w:rPr>
                <w:sz w:val="22"/>
              </w:rPr>
              <w:t>应急保障方案</w:t>
            </w:r>
          </w:p>
        </w:tc>
        <w:tc>
          <w:tcPr>
            <w:tcW w:w="992" w:type="dxa"/>
          </w:tcPr>
          <w:p w14:paraId="3CE40FCA" w14:textId="77777777" w:rsidR="001D573C" w:rsidRPr="005906DB" w:rsidRDefault="001D573C" w:rsidP="001D573C">
            <w:pPr>
              <w:spacing w:line="400" w:lineRule="exact"/>
            </w:pPr>
            <w:r w:rsidRPr="005906DB">
              <w:rPr>
                <w:sz w:val="22"/>
              </w:rPr>
              <w:t>10</w:t>
            </w:r>
          </w:p>
        </w:tc>
        <w:tc>
          <w:tcPr>
            <w:tcW w:w="3934" w:type="dxa"/>
          </w:tcPr>
          <w:p w14:paraId="143E7D78" w14:textId="77777777" w:rsidR="001D573C" w:rsidRPr="005906DB" w:rsidRDefault="001D573C" w:rsidP="001D573C">
            <w:pPr>
              <w:spacing w:line="400" w:lineRule="exact"/>
            </w:pPr>
            <w:r w:rsidRPr="005906DB">
              <w:rPr>
                <w:sz w:val="22"/>
              </w:rPr>
              <w:t>优8-10分，良5-7分，一般1-4分</w:t>
            </w:r>
          </w:p>
        </w:tc>
      </w:tr>
      <w:tr w:rsidR="00F60338" w:rsidRPr="005906DB" w14:paraId="57BBA762" w14:textId="77777777" w:rsidTr="001D573C">
        <w:trPr>
          <w:jc w:val="center"/>
        </w:trPr>
        <w:tc>
          <w:tcPr>
            <w:tcW w:w="710" w:type="dxa"/>
          </w:tcPr>
          <w:p w14:paraId="503FDCEA" w14:textId="77777777" w:rsidR="00F60338" w:rsidRPr="005906DB" w:rsidRDefault="00000000" w:rsidP="001D573C">
            <w:pPr>
              <w:spacing w:line="400" w:lineRule="exact"/>
            </w:pPr>
            <w:r w:rsidRPr="005906DB">
              <w:rPr>
                <w:sz w:val="22"/>
              </w:rPr>
              <w:t>3</w:t>
            </w:r>
          </w:p>
        </w:tc>
        <w:tc>
          <w:tcPr>
            <w:tcW w:w="1985" w:type="dxa"/>
          </w:tcPr>
          <w:p w14:paraId="3D0AD68C" w14:textId="77777777" w:rsidR="00F60338" w:rsidRPr="005906DB" w:rsidRDefault="00000000" w:rsidP="001D573C">
            <w:pPr>
              <w:spacing w:line="400" w:lineRule="exact"/>
            </w:pPr>
            <w:r w:rsidRPr="005906DB">
              <w:rPr>
                <w:sz w:val="22"/>
              </w:rPr>
              <w:t>规范程度（5分）</w:t>
            </w:r>
          </w:p>
        </w:tc>
        <w:tc>
          <w:tcPr>
            <w:tcW w:w="1559" w:type="dxa"/>
          </w:tcPr>
          <w:p w14:paraId="63D59505" w14:textId="77777777" w:rsidR="00F60338" w:rsidRPr="005906DB" w:rsidRDefault="00F60338" w:rsidP="001D573C">
            <w:pPr>
              <w:spacing w:line="400" w:lineRule="exact"/>
            </w:pPr>
          </w:p>
        </w:tc>
        <w:tc>
          <w:tcPr>
            <w:tcW w:w="992" w:type="dxa"/>
          </w:tcPr>
          <w:p w14:paraId="13C2CAB1" w14:textId="77777777" w:rsidR="00F60338" w:rsidRPr="005906DB" w:rsidRDefault="00000000" w:rsidP="001D573C">
            <w:pPr>
              <w:spacing w:line="400" w:lineRule="exact"/>
            </w:pPr>
            <w:r w:rsidRPr="005906DB">
              <w:rPr>
                <w:sz w:val="22"/>
              </w:rPr>
              <w:t>5</w:t>
            </w:r>
          </w:p>
        </w:tc>
        <w:tc>
          <w:tcPr>
            <w:tcW w:w="3934" w:type="dxa"/>
          </w:tcPr>
          <w:p w14:paraId="32E6B507" w14:textId="77777777" w:rsidR="00F60338" w:rsidRPr="005906DB" w:rsidRDefault="00000000" w:rsidP="001D573C">
            <w:pPr>
              <w:spacing w:line="400" w:lineRule="exact"/>
            </w:pPr>
            <w:r w:rsidRPr="005906DB">
              <w:rPr>
                <w:sz w:val="22"/>
              </w:rPr>
              <w:t>不响应者得0分</w:t>
            </w:r>
          </w:p>
        </w:tc>
      </w:tr>
      <w:tr w:rsidR="00F60338" w:rsidRPr="005906DB" w14:paraId="431000D1" w14:textId="77777777" w:rsidTr="001D573C">
        <w:trPr>
          <w:jc w:val="center"/>
        </w:trPr>
        <w:tc>
          <w:tcPr>
            <w:tcW w:w="710" w:type="dxa"/>
          </w:tcPr>
          <w:p w14:paraId="55112C46" w14:textId="77777777" w:rsidR="00F60338" w:rsidRPr="005906DB" w:rsidRDefault="00F60338" w:rsidP="001D573C">
            <w:pPr>
              <w:spacing w:line="400" w:lineRule="exact"/>
            </w:pPr>
          </w:p>
        </w:tc>
        <w:tc>
          <w:tcPr>
            <w:tcW w:w="1985" w:type="dxa"/>
          </w:tcPr>
          <w:p w14:paraId="0EDC52D3" w14:textId="77777777" w:rsidR="00F60338" w:rsidRPr="005906DB" w:rsidRDefault="00000000" w:rsidP="001D573C">
            <w:pPr>
              <w:spacing w:line="400" w:lineRule="exact"/>
            </w:pPr>
            <w:r w:rsidRPr="005906DB">
              <w:rPr>
                <w:sz w:val="22"/>
              </w:rPr>
              <w:t>合计</w:t>
            </w:r>
          </w:p>
        </w:tc>
        <w:tc>
          <w:tcPr>
            <w:tcW w:w="1559" w:type="dxa"/>
          </w:tcPr>
          <w:p w14:paraId="35621084" w14:textId="77777777" w:rsidR="00F60338" w:rsidRPr="005906DB" w:rsidRDefault="00F60338" w:rsidP="001D573C">
            <w:pPr>
              <w:spacing w:line="400" w:lineRule="exact"/>
            </w:pPr>
          </w:p>
        </w:tc>
        <w:tc>
          <w:tcPr>
            <w:tcW w:w="992" w:type="dxa"/>
          </w:tcPr>
          <w:p w14:paraId="0E2063B6" w14:textId="77777777" w:rsidR="00F60338" w:rsidRPr="005906DB" w:rsidRDefault="00000000" w:rsidP="001D573C">
            <w:pPr>
              <w:spacing w:line="400" w:lineRule="exact"/>
            </w:pPr>
            <w:r w:rsidRPr="005906DB">
              <w:rPr>
                <w:sz w:val="22"/>
              </w:rPr>
              <w:t>100</w:t>
            </w:r>
          </w:p>
        </w:tc>
        <w:tc>
          <w:tcPr>
            <w:tcW w:w="3934" w:type="dxa"/>
          </w:tcPr>
          <w:p w14:paraId="0B9DE2BC" w14:textId="77777777" w:rsidR="00F60338" w:rsidRPr="005906DB" w:rsidRDefault="00F60338" w:rsidP="001D573C">
            <w:pPr>
              <w:spacing w:line="400" w:lineRule="exact"/>
            </w:pPr>
          </w:p>
        </w:tc>
      </w:tr>
    </w:tbl>
    <w:p w14:paraId="57FC2672" w14:textId="77777777" w:rsidR="00F60338" w:rsidRPr="005906DB" w:rsidRDefault="00000000" w:rsidP="00744916">
      <w:pPr>
        <w:spacing w:before="120" w:after="60" w:line="500" w:lineRule="exact"/>
        <w:jc w:val="both"/>
        <w:rPr>
          <w:lang w:eastAsia="zh-CN"/>
        </w:rPr>
      </w:pPr>
      <w:r w:rsidRPr="005906DB">
        <w:rPr>
          <w:rFonts w:ascii="黑体" w:eastAsia="黑体" w:hAnsi="黑体"/>
          <w:b/>
          <w:lang w:eastAsia="zh-CN"/>
        </w:rPr>
        <w:t>第五章  响应文件组成和格式</w:t>
      </w:r>
    </w:p>
    <w:p w14:paraId="7F5BB90E" w14:textId="77777777" w:rsidR="00F60338" w:rsidRPr="005906DB" w:rsidRDefault="00000000" w:rsidP="00744916">
      <w:pPr>
        <w:spacing w:line="500" w:lineRule="exact"/>
        <w:jc w:val="both"/>
        <w:rPr>
          <w:lang w:eastAsia="zh-CN"/>
        </w:rPr>
      </w:pPr>
      <w:r w:rsidRPr="005906DB">
        <w:rPr>
          <w:lang w:eastAsia="zh-CN"/>
        </w:rPr>
        <w:t>附件1——单位信息表</w:t>
      </w:r>
    </w:p>
    <w:p w14:paraId="7CD73F86" w14:textId="77777777" w:rsidR="00F60338" w:rsidRPr="005906DB" w:rsidRDefault="00000000" w:rsidP="00744916">
      <w:pPr>
        <w:spacing w:line="500" w:lineRule="exact"/>
        <w:jc w:val="both"/>
        <w:rPr>
          <w:lang w:eastAsia="zh-CN"/>
        </w:rPr>
      </w:pPr>
      <w:r w:rsidRPr="005906DB">
        <w:rPr>
          <w:lang w:eastAsia="zh-CN"/>
        </w:rPr>
        <w:t>附件2——资格证明文件</w:t>
      </w:r>
    </w:p>
    <w:p w14:paraId="68ACF808" w14:textId="77777777" w:rsidR="00F60338" w:rsidRPr="005906DB" w:rsidRDefault="00000000" w:rsidP="00744916">
      <w:pPr>
        <w:spacing w:line="500" w:lineRule="exact"/>
        <w:jc w:val="both"/>
        <w:rPr>
          <w:lang w:eastAsia="zh-CN"/>
        </w:rPr>
      </w:pPr>
      <w:r w:rsidRPr="005906DB">
        <w:rPr>
          <w:lang w:eastAsia="zh-CN"/>
        </w:rPr>
        <w:t>附件3——业绩证明文件</w:t>
      </w:r>
    </w:p>
    <w:p w14:paraId="4EB42A97" w14:textId="77777777" w:rsidR="00F60338" w:rsidRPr="005906DB" w:rsidRDefault="00000000" w:rsidP="00744916">
      <w:pPr>
        <w:spacing w:line="500" w:lineRule="exact"/>
        <w:jc w:val="both"/>
        <w:rPr>
          <w:lang w:eastAsia="zh-CN"/>
        </w:rPr>
      </w:pPr>
      <w:r w:rsidRPr="005906DB">
        <w:rPr>
          <w:lang w:eastAsia="zh-CN"/>
        </w:rPr>
        <w:t>附件4——报价表</w:t>
      </w:r>
    </w:p>
    <w:p w14:paraId="70D2BAF8" w14:textId="77777777" w:rsidR="00F60338" w:rsidRPr="005906DB" w:rsidRDefault="00000000" w:rsidP="00744916">
      <w:pPr>
        <w:spacing w:line="500" w:lineRule="exact"/>
        <w:jc w:val="both"/>
        <w:rPr>
          <w:lang w:eastAsia="zh-CN"/>
        </w:rPr>
      </w:pPr>
      <w:r w:rsidRPr="005906DB">
        <w:rPr>
          <w:lang w:eastAsia="zh-CN"/>
        </w:rPr>
        <w:t>附件5——技术方案</w:t>
      </w:r>
    </w:p>
    <w:p w14:paraId="5F5BAD4F" w14:textId="77777777" w:rsidR="00F60338" w:rsidRPr="005906DB" w:rsidRDefault="00000000" w:rsidP="00744916">
      <w:pPr>
        <w:spacing w:line="500" w:lineRule="exact"/>
        <w:jc w:val="both"/>
        <w:rPr>
          <w:lang w:eastAsia="zh-CN"/>
        </w:rPr>
      </w:pPr>
      <w:r w:rsidRPr="005906DB">
        <w:rPr>
          <w:lang w:eastAsia="zh-CN"/>
        </w:rPr>
        <w:t>附件6——供应商自行提交的其他文件</w:t>
      </w:r>
    </w:p>
    <w:p w14:paraId="2FF107F7" w14:textId="77777777" w:rsidR="00BA5EEF" w:rsidRPr="005906DB" w:rsidRDefault="00BA5EEF" w:rsidP="00744916">
      <w:pPr>
        <w:spacing w:line="500" w:lineRule="exact"/>
        <w:jc w:val="both"/>
        <w:rPr>
          <w:lang w:eastAsia="zh-CN"/>
        </w:rPr>
      </w:pPr>
    </w:p>
    <w:p w14:paraId="30DC6D35" w14:textId="77777777" w:rsidR="00BA5EEF" w:rsidRPr="005906DB" w:rsidRDefault="00BA5EEF" w:rsidP="00744916">
      <w:pPr>
        <w:spacing w:line="500" w:lineRule="exact"/>
        <w:jc w:val="both"/>
        <w:rPr>
          <w:lang w:eastAsia="zh-CN"/>
        </w:rPr>
      </w:pPr>
    </w:p>
    <w:p w14:paraId="708D8974" w14:textId="77777777" w:rsidR="00BA5EEF" w:rsidRPr="005906DB" w:rsidRDefault="00BA5EEF" w:rsidP="00744916">
      <w:pPr>
        <w:spacing w:line="500" w:lineRule="exact"/>
        <w:jc w:val="both"/>
        <w:rPr>
          <w:lang w:eastAsia="zh-CN"/>
        </w:rPr>
      </w:pPr>
    </w:p>
    <w:p w14:paraId="0A939C8D" w14:textId="77777777" w:rsidR="00BA5EEF" w:rsidRPr="005906DB" w:rsidRDefault="00BA5EEF" w:rsidP="00744916">
      <w:pPr>
        <w:spacing w:line="500" w:lineRule="exact"/>
        <w:jc w:val="both"/>
        <w:rPr>
          <w:lang w:eastAsia="zh-CN"/>
        </w:rPr>
      </w:pPr>
    </w:p>
    <w:p w14:paraId="292342E2" w14:textId="77777777" w:rsidR="00BA5EEF" w:rsidRPr="005906DB" w:rsidRDefault="00BA5EEF" w:rsidP="00744916">
      <w:pPr>
        <w:spacing w:line="500" w:lineRule="exact"/>
        <w:jc w:val="both"/>
        <w:rPr>
          <w:lang w:eastAsia="zh-CN"/>
        </w:rPr>
      </w:pPr>
    </w:p>
    <w:p w14:paraId="78BFCA21" w14:textId="77777777" w:rsidR="00BA5EEF" w:rsidRPr="005906DB" w:rsidRDefault="00BA5EEF" w:rsidP="00744916">
      <w:pPr>
        <w:spacing w:line="500" w:lineRule="exact"/>
        <w:jc w:val="both"/>
        <w:rPr>
          <w:lang w:eastAsia="zh-CN"/>
        </w:rPr>
      </w:pPr>
    </w:p>
    <w:p w14:paraId="37F1C553" w14:textId="77777777" w:rsidR="00BA5EEF" w:rsidRPr="005906DB" w:rsidRDefault="00BA5EEF" w:rsidP="00744916">
      <w:pPr>
        <w:spacing w:line="500" w:lineRule="exact"/>
        <w:jc w:val="both"/>
        <w:rPr>
          <w:lang w:eastAsia="zh-CN"/>
        </w:rPr>
      </w:pPr>
    </w:p>
    <w:p w14:paraId="0244B212" w14:textId="77777777" w:rsidR="00BA5EEF" w:rsidRPr="005906DB" w:rsidRDefault="00BA5EEF" w:rsidP="00744916">
      <w:pPr>
        <w:spacing w:line="500" w:lineRule="exact"/>
        <w:jc w:val="both"/>
        <w:rPr>
          <w:lang w:eastAsia="zh-CN"/>
        </w:rPr>
      </w:pPr>
    </w:p>
    <w:p w14:paraId="5B149B38" w14:textId="77777777" w:rsidR="00F60338" w:rsidRPr="005906DB" w:rsidRDefault="00000000" w:rsidP="00744916">
      <w:pPr>
        <w:spacing w:before="60" w:after="40" w:line="500" w:lineRule="exact"/>
        <w:jc w:val="both"/>
      </w:pPr>
      <w:r w:rsidRPr="005906DB">
        <w:rPr>
          <w:rFonts w:ascii="黑体" w:eastAsia="黑体" w:hAnsi="黑体"/>
        </w:rPr>
        <w:lastRenderedPageBreak/>
        <w:t xml:space="preserve">附件1. </w:t>
      </w:r>
      <w:proofErr w:type="spellStart"/>
      <w:r w:rsidRPr="005906DB">
        <w:rPr>
          <w:rFonts w:ascii="黑体" w:eastAsia="黑体" w:hAnsi="黑体"/>
        </w:rPr>
        <w:t>供应商情况表</w:t>
      </w:r>
      <w:proofErr w:type="spellEnd"/>
    </w:p>
    <w:tbl>
      <w:tblPr>
        <w:tblStyle w:val="aff1"/>
        <w:tblW w:w="0" w:type="auto"/>
        <w:tblLook w:val="04A0" w:firstRow="1" w:lastRow="0" w:firstColumn="1" w:lastColumn="0" w:noHBand="0" w:noVBand="1"/>
      </w:tblPr>
      <w:tblGrid>
        <w:gridCol w:w="1530"/>
        <w:gridCol w:w="1530"/>
        <w:gridCol w:w="1530"/>
        <w:gridCol w:w="1530"/>
        <w:gridCol w:w="1530"/>
        <w:gridCol w:w="1530"/>
      </w:tblGrid>
      <w:tr w:rsidR="00F60338" w:rsidRPr="005906DB" w14:paraId="3A847594" w14:textId="77777777">
        <w:tc>
          <w:tcPr>
            <w:tcW w:w="1530" w:type="dxa"/>
          </w:tcPr>
          <w:p w14:paraId="4093A649" w14:textId="77777777" w:rsidR="00F60338" w:rsidRPr="005906DB" w:rsidRDefault="00000000" w:rsidP="00744916">
            <w:pPr>
              <w:spacing w:before="20" w:after="20" w:line="500" w:lineRule="exact"/>
              <w:jc w:val="both"/>
            </w:pPr>
            <w:r w:rsidRPr="005906DB">
              <w:rPr>
                <w:sz w:val="22"/>
              </w:rPr>
              <w:t>供应商名称</w:t>
            </w:r>
          </w:p>
        </w:tc>
        <w:tc>
          <w:tcPr>
            <w:tcW w:w="1530" w:type="dxa"/>
          </w:tcPr>
          <w:p w14:paraId="7B5F0A6B" w14:textId="77777777" w:rsidR="00F60338" w:rsidRPr="005906DB" w:rsidRDefault="00F60338" w:rsidP="00744916">
            <w:pPr>
              <w:spacing w:line="500" w:lineRule="exact"/>
              <w:jc w:val="both"/>
            </w:pPr>
          </w:p>
        </w:tc>
        <w:tc>
          <w:tcPr>
            <w:tcW w:w="1530" w:type="dxa"/>
          </w:tcPr>
          <w:p w14:paraId="081FAB27" w14:textId="77777777" w:rsidR="00F60338" w:rsidRPr="005906DB" w:rsidRDefault="00F60338" w:rsidP="00744916">
            <w:pPr>
              <w:spacing w:line="500" w:lineRule="exact"/>
              <w:jc w:val="both"/>
            </w:pPr>
          </w:p>
        </w:tc>
        <w:tc>
          <w:tcPr>
            <w:tcW w:w="1530" w:type="dxa"/>
          </w:tcPr>
          <w:p w14:paraId="41F5A972" w14:textId="77777777" w:rsidR="00F60338" w:rsidRPr="005906DB" w:rsidRDefault="00000000" w:rsidP="00744916">
            <w:pPr>
              <w:spacing w:before="20" w:after="20" w:line="500" w:lineRule="exact"/>
              <w:jc w:val="both"/>
            </w:pPr>
            <w:r w:rsidRPr="005906DB">
              <w:rPr>
                <w:sz w:val="22"/>
              </w:rPr>
              <w:t>统一信用代码</w:t>
            </w:r>
          </w:p>
        </w:tc>
        <w:tc>
          <w:tcPr>
            <w:tcW w:w="1530" w:type="dxa"/>
          </w:tcPr>
          <w:p w14:paraId="08724FB0" w14:textId="77777777" w:rsidR="00F60338" w:rsidRPr="005906DB" w:rsidRDefault="00F60338" w:rsidP="00744916">
            <w:pPr>
              <w:spacing w:line="500" w:lineRule="exact"/>
              <w:jc w:val="both"/>
            </w:pPr>
          </w:p>
        </w:tc>
        <w:tc>
          <w:tcPr>
            <w:tcW w:w="1530" w:type="dxa"/>
          </w:tcPr>
          <w:p w14:paraId="2467BB2D" w14:textId="77777777" w:rsidR="00F60338" w:rsidRPr="005906DB" w:rsidRDefault="00F60338" w:rsidP="00744916">
            <w:pPr>
              <w:spacing w:line="500" w:lineRule="exact"/>
              <w:jc w:val="both"/>
            </w:pPr>
          </w:p>
        </w:tc>
      </w:tr>
      <w:tr w:rsidR="00F60338" w:rsidRPr="005906DB" w14:paraId="6D235769" w14:textId="77777777">
        <w:tc>
          <w:tcPr>
            <w:tcW w:w="1530" w:type="dxa"/>
          </w:tcPr>
          <w:p w14:paraId="069F8C81" w14:textId="77777777" w:rsidR="00F60338" w:rsidRPr="005906DB" w:rsidRDefault="00000000" w:rsidP="00744916">
            <w:pPr>
              <w:spacing w:before="20" w:after="20" w:line="500" w:lineRule="exact"/>
              <w:jc w:val="both"/>
            </w:pPr>
            <w:r w:rsidRPr="005906DB">
              <w:rPr>
                <w:sz w:val="22"/>
              </w:rPr>
              <w:t>法定代表人</w:t>
            </w:r>
          </w:p>
        </w:tc>
        <w:tc>
          <w:tcPr>
            <w:tcW w:w="1530" w:type="dxa"/>
          </w:tcPr>
          <w:p w14:paraId="31DDED42" w14:textId="77777777" w:rsidR="00F60338" w:rsidRPr="005906DB" w:rsidRDefault="00F60338" w:rsidP="00744916">
            <w:pPr>
              <w:spacing w:line="500" w:lineRule="exact"/>
              <w:jc w:val="both"/>
            </w:pPr>
          </w:p>
        </w:tc>
        <w:tc>
          <w:tcPr>
            <w:tcW w:w="1530" w:type="dxa"/>
          </w:tcPr>
          <w:p w14:paraId="29E3BFE4" w14:textId="77777777" w:rsidR="00F60338" w:rsidRPr="005906DB" w:rsidRDefault="00000000" w:rsidP="00744916">
            <w:pPr>
              <w:spacing w:before="20" w:after="20" w:line="500" w:lineRule="exact"/>
              <w:jc w:val="both"/>
            </w:pPr>
            <w:r w:rsidRPr="005906DB">
              <w:rPr>
                <w:sz w:val="22"/>
              </w:rPr>
              <w:t>注册资本</w:t>
            </w:r>
          </w:p>
        </w:tc>
        <w:tc>
          <w:tcPr>
            <w:tcW w:w="1530" w:type="dxa"/>
          </w:tcPr>
          <w:p w14:paraId="2145492C" w14:textId="77777777" w:rsidR="00F60338" w:rsidRPr="005906DB" w:rsidRDefault="00F60338" w:rsidP="00744916">
            <w:pPr>
              <w:spacing w:line="500" w:lineRule="exact"/>
              <w:jc w:val="both"/>
            </w:pPr>
          </w:p>
        </w:tc>
        <w:tc>
          <w:tcPr>
            <w:tcW w:w="1530" w:type="dxa"/>
          </w:tcPr>
          <w:p w14:paraId="7A14F16D" w14:textId="77777777" w:rsidR="00F60338" w:rsidRPr="005906DB" w:rsidRDefault="00000000" w:rsidP="00744916">
            <w:pPr>
              <w:spacing w:before="20" w:after="20" w:line="500" w:lineRule="exact"/>
              <w:jc w:val="both"/>
            </w:pPr>
            <w:r w:rsidRPr="005906DB">
              <w:rPr>
                <w:sz w:val="22"/>
              </w:rPr>
              <w:t>所属工商局</w:t>
            </w:r>
          </w:p>
        </w:tc>
        <w:tc>
          <w:tcPr>
            <w:tcW w:w="1530" w:type="dxa"/>
          </w:tcPr>
          <w:p w14:paraId="107ED7A4" w14:textId="77777777" w:rsidR="00F60338" w:rsidRPr="005906DB" w:rsidRDefault="00F60338" w:rsidP="00744916">
            <w:pPr>
              <w:spacing w:line="500" w:lineRule="exact"/>
              <w:jc w:val="both"/>
            </w:pPr>
          </w:p>
        </w:tc>
      </w:tr>
      <w:tr w:rsidR="00F60338" w:rsidRPr="005906DB" w14:paraId="620876D7" w14:textId="77777777">
        <w:tc>
          <w:tcPr>
            <w:tcW w:w="1530" w:type="dxa"/>
          </w:tcPr>
          <w:p w14:paraId="7FDD571E" w14:textId="77777777" w:rsidR="00F60338" w:rsidRPr="005906DB" w:rsidRDefault="00000000" w:rsidP="00744916">
            <w:pPr>
              <w:spacing w:before="20" w:after="20" w:line="500" w:lineRule="exact"/>
              <w:jc w:val="both"/>
            </w:pPr>
            <w:r w:rsidRPr="005906DB">
              <w:rPr>
                <w:sz w:val="22"/>
              </w:rPr>
              <w:t>地址</w:t>
            </w:r>
          </w:p>
        </w:tc>
        <w:tc>
          <w:tcPr>
            <w:tcW w:w="1530" w:type="dxa"/>
          </w:tcPr>
          <w:p w14:paraId="69642364" w14:textId="77777777" w:rsidR="00F60338" w:rsidRPr="005906DB" w:rsidRDefault="00F60338" w:rsidP="00744916">
            <w:pPr>
              <w:spacing w:line="500" w:lineRule="exact"/>
              <w:jc w:val="both"/>
            </w:pPr>
          </w:p>
        </w:tc>
        <w:tc>
          <w:tcPr>
            <w:tcW w:w="1530" w:type="dxa"/>
          </w:tcPr>
          <w:p w14:paraId="41AE9928" w14:textId="77777777" w:rsidR="00F60338" w:rsidRPr="005906DB" w:rsidRDefault="00F60338" w:rsidP="00744916">
            <w:pPr>
              <w:spacing w:line="500" w:lineRule="exact"/>
              <w:jc w:val="both"/>
            </w:pPr>
          </w:p>
        </w:tc>
        <w:tc>
          <w:tcPr>
            <w:tcW w:w="1530" w:type="dxa"/>
          </w:tcPr>
          <w:p w14:paraId="62366799" w14:textId="77777777" w:rsidR="00F60338" w:rsidRPr="005906DB" w:rsidRDefault="00F60338" w:rsidP="00744916">
            <w:pPr>
              <w:spacing w:line="500" w:lineRule="exact"/>
              <w:jc w:val="both"/>
            </w:pPr>
          </w:p>
        </w:tc>
        <w:tc>
          <w:tcPr>
            <w:tcW w:w="1530" w:type="dxa"/>
          </w:tcPr>
          <w:p w14:paraId="5C315124" w14:textId="77777777" w:rsidR="00F60338" w:rsidRPr="005906DB" w:rsidRDefault="00F60338" w:rsidP="00744916">
            <w:pPr>
              <w:spacing w:line="500" w:lineRule="exact"/>
              <w:jc w:val="both"/>
            </w:pPr>
          </w:p>
        </w:tc>
        <w:tc>
          <w:tcPr>
            <w:tcW w:w="1530" w:type="dxa"/>
          </w:tcPr>
          <w:p w14:paraId="6B02B5E1" w14:textId="77777777" w:rsidR="00F60338" w:rsidRPr="005906DB" w:rsidRDefault="00F60338" w:rsidP="00744916">
            <w:pPr>
              <w:spacing w:line="500" w:lineRule="exact"/>
              <w:jc w:val="both"/>
            </w:pPr>
          </w:p>
        </w:tc>
      </w:tr>
      <w:tr w:rsidR="00F60338" w:rsidRPr="005906DB" w14:paraId="4A650893" w14:textId="77777777">
        <w:tc>
          <w:tcPr>
            <w:tcW w:w="1530" w:type="dxa"/>
          </w:tcPr>
          <w:p w14:paraId="79C40AEA" w14:textId="77777777" w:rsidR="00F60338" w:rsidRPr="005906DB" w:rsidRDefault="00000000" w:rsidP="00744916">
            <w:pPr>
              <w:spacing w:before="20" w:after="20" w:line="500" w:lineRule="exact"/>
              <w:jc w:val="both"/>
            </w:pPr>
            <w:r w:rsidRPr="005906DB">
              <w:rPr>
                <w:sz w:val="22"/>
              </w:rPr>
              <w:t>是否中小企业</w:t>
            </w:r>
          </w:p>
        </w:tc>
        <w:tc>
          <w:tcPr>
            <w:tcW w:w="1530" w:type="dxa"/>
          </w:tcPr>
          <w:p w14:paraId="70E3BA07" w14:textId="77777777" w:rsidR="00F60338" w:rsidRPr="005906DB" w:rsidRDefault="00000000" w:rsidP="00744916">
            <w:pPr>
              <w:spacing w:before="20" w:after="20" w:line="500" w:lineRule="exact"/>
              <w:jc w:val="both"/>
            </w:pPr>
            <w:r w:rsidRPr="005906DB">
              <w:rPr>
                <w:sz w:val="22"/>
              </w:rPr>
              <w:t>〇是 〇否</w:t>
            </w:r>
          </w:p>
        </w:tc>
        <w:tc>
          <w:tcPr>
            <w:tcW w:w="1530" w:type="dxa"/>
          </w:tcPr>
          <w:p w14:paraId="6B648485" w14:textId="77777777" w:rsidR="00F60338" w:rsidRPr="005906DB" w:rsidRDefault="00F60338" w:rsidP="00744916">
            <w:pPr>
              <w:spacing w:line="500" w:lineRule="exact"/>
              <w:jc w:val="both"/>
            </w:pPr>
          </w:p>
        </w:tc>
        <w:tc>
          <w:tcPr>
            <w:tcW w:w="1530" w:type="dxa"/>
          </w:tcPr>
          <w:p w14:paraId="0A3CC467" w14:textId="77777777" w:rsidR="00F60338" w:rsidRPr="005906DB" w:rsidRDefault="00000000" w:rsidP="00744916">
            <w:pPr>
              <w:spacing w:before="20" w:after="20" w:line="500" w:lineRule="exact"/>
              <w:jc w:val="both"/>
            </w:pPr>
            <w:r w:rsidRPr="005906DB">
              <w:rPr>
                <w:sz w:val="22"/>
              </w:rPr>
              <w:t>投标金额</w:t>
            </w:r>
          </w:p>
        </w:tc>
        <w:tc>
          <w:tcPr>
            <w:tcW w:w="1530" w:type="dxa"/>
          </w:tcPr>
          <w:p w14:paraId="58474E0D" w14:textId="77777777" w:rsidR="00F60338" w:rsidRPr="005906DB" w:rsidRDefault="00F60338" w:rsidP="00744916">
            <w:pPr>
              <w:spacing w:line="500" w:lineRule="exact"/>
              <w:jc w:val="both"/>
            </w:pPr>
          </w:p>
        </w:tc>
        <w:tc>
          <w:tcPr>
            <w:tcW w:w="1530" w:type="dxa"/>
          </w:tcPr>
          <w:p w14:paraId="428A3020" w14:textId="77777777" w:rsidR="00F60338" w:rsidRPr="005906DB" w:rsidRDefault="00F60338" w:rsidP="00744916">
            <w:pPr>
              <w:spacing w:line="500" w:lineRule="exact"/>
              <w:jc w:val="both"/>
            </w:pPr>
          </w:p>
        </w:tc>
      </w:tr>
      <w:tr w:rsidR="00F60338" w:rsidRPr="005906DB" w14:paraId="01D27A66" w14:textId="77777777">
        <w:tc>
          <w:tcPr>
            <w:tcW w:w="1530" w:type="dxa"/>
          </w:tcPr>
          <w:p w14:paraId="2106DE26" w14:textId="77777777" w:rsidR="00F60338" w:rsidRPr="005906DB" w:rsidRDefault="00000000" w:rsidP="00744916">
            <w:pPr>
              <w:spacing w:before="20" w:after="20" w:line="500" w:lineRule="exact"/>
              <w:jc w:val="both"/>
            </w:pPr>
            <w:r w:rsidRPr="005906DB">
              <w:rPr>
                <w:sz w:val="22"/>
              </w:rPr>
              <w:t>联系人</w:t>
            </w:r>
          </w:p>
        </w:tc>
        <w:tc>
          <w:tcPr>
            <w:tcW w:w="1530" w:type="dxa"/>
          </w:tcPr>
          <w:p w14:paraId="1F851D1E" w14:textId="77777777" w:rsidR="00F60338" w:rsidRPr="005906DB" w:rsidRDefault="00F60338" w:rsidP="00744916">
            <w:pPr>
              <w:spacing w:line="500" w:lineRule="exact"/>
              <w:jc w:val="both"/>
            </w:pPr>
          </w:p>
        </w:tc>
        <w:tc>
          <w:tcPr>
            <w:tcW w:w="1530" w:type="dxa"/>
          </w:tcPr>
          <w:p w14:paraId="50BABC0C" w14:textId="77777777" w:rsidR="00F60338" w:rsidRPr="005906DB" w:rsidRDefault="00000000" w:rsidP="00744916">
            <w:pPr>
              <w:spacing w:before="20" w:after="20" w:line="500" w:lineRule="exact"/>
              <w:jc w:val="both"/>
            </w:pPr>
            <w:r w:rsidRPr="005906DB">
              <w:rPr>
                <w:sz w:val="22"/>
              </w:rPr>
              <w:t>职务</w:t>
            </w:r>
          </w:p>
        </w:tc>
        <w:tc>
          <w:tcPr>
            <w:tcW w:w="1530" w:type="dxa"/>
          </w:tcPr>
          <w:p w14:paraId="26CD0263" w14:textId="77777777" w:rsidR="00F60338" w:rsidRPr="005906DB" w:rsidRDefault="00F60338" w:rsidP="00744916">
            <w:pPr>
              <w:spacing w:line="500" w:lineRule="exact"/>
              <w:jc w:val="both"/>
            </w:pPr>
          </w:p>
        </w:tc>
        <w:tc>
          <w:tcPr>
            <w:tcW w:w="1530" w:type="dxa"/>
          </w:tcPr>
          <w:p w14:paraId="21E14444" w14:textId="77777777" w:rsidR="00F60338" w:rsidRPr="005906DB" w:rsidRDefault="00000000" w:rsidP="00744916">
            <w:pPr>
              <w:spacing w:before="20" w:after="20" w:line="500" w:lineRule="exact"/>
              <w:jc w:val="both"/>
            </w:pPr>
            <w:r w:rsidRPr="005906DB">
              <w:rPr>
                <w:sz w:val="22"/>
              </w:rPr>
              <w:t>联系方式</w:t>
            </w:r>
          </w:p>
        </w:tc>
        <w:tc>
          <w:tcPr>
            <w:tcW w:w="1530" w:type="dxa"/>
          </w:tcPr>
          <w:p w14:paraId="5A04B64C" w14:textId="77777777" w:rsidR="00F60338" w:rsidRPr="005906DB" w:rsidRDefault="00F60338" w:rsidP="00744916">
            <w:pPr>
              <w:spacing w:line="500" w:lineRule="exact"/>
              <w:jc w:val="both"/>
            </w:pPr>
          </w:p>
        </w:tc>
      </w:tr>
      <w:tr w:rsidR="00F60338" w:rsidRPr="005906DB" w14:paraId="310E0DDE" w14:textId="77777777">
        <w:tc>
          <w:tcPr>
            <w:tcW w:w="1530" w:type="dxa"/>
          </w:tcPr>
          <w:p w14:paraId="02AE470B" w14:textId="77777777" w:rsidR="00F60338" w:rsidRPr="005906DB" w:rsidRDefault="00000000" w:rsidP="00744916">
            <w:pPr>
              <w:spacing w:before="20" w:after="20" w:line="500" w:lineRule="exact"/>
              <w:jc w:val="both"/>
            </w:pPr>
            <w:r w:rsidRPr="005906DB">
              <w:rPr>
                <w:sz w:val="22"/>
              </w:rPr>
              <w:t>经营范围</w:t>
            </w:r>
          </w:p>
        </w:tc>
        <w:tc>
          <w:tcPr>
            <w:tcW w:w="1530" w:type="dxa"/>
          </w:tcPr>
          <w:p w14:paraId="72E81603" w14:textId="77777777" w:rsidR="00F60338" w:rsidRPr="005906DB" w:rsidRDefault="00F60338" w:rsidP="00744916">
            <w:pPr>
              <w:spacing w:line="500" w:lineRule="exact"/>
              <w:jc w:val="both"/>
            </w:pPr>
          </w:p>
        </w:tc>
        <w:tc>
          <w:tcPr>
            <w:tcW w:w="1530" w:type="dxa"/>
          </w:tcPr>
          <w:p w14:paraId="4CA15796" w14:textId="77777777" w:rsidR="00F60338" w:rsidRPr="005906DB" w:rsidRDefault="00F60338" w:rsidP="00744916">
            <w:pPr>
              <w:spacing w:line="500" w:lineRule="exact"/>
              <w:jc w:val="both"/>
            </w:pPr>
          </w:p>
        </w:tc>
        <w:tc>
          <w:tcPr>
            <w:tcW w:w="1530" w:type="dxa"/>
          </w:tcPr>
          <w:p w14:paraId="64A9FA45" w14:textId="77777777" w:rsidR="00F60338" w:rsidRPr="005906DB" w:rsidRDefault="00F60338" w:rsidP="00744916">
            <w:pPr>
              <w:spacing w:line="500" w:lineRule="exact"/>
              <w:jc w:val="both"/>
            </w:pPr>
          </w:p>
        </w:tc>
        <w:tc>
          <w:tcPr>
            <w:tcW w:w="1530" w:type="dxa"/>
          </w:tcPr>
          <w:p w14:paraId="67F30EAB" w14:textId="77777777" w:rsidR="00F60338" w:rsidRPr="005906DB" w:rsidRDefault="00F60338" w:rsidP="00744916">
            <w:pPr>
              <w:spacing w:line="500" w:lineRule="exact"/>
              <w:jc w:val="both"/>
            </w:pPr>
          </w:p>
        </w:tc>
        <w:tc>
          <w:tcPr>
            <w:tcW w:w="1530" w:type="dxa"/>
          </w:tcPr>
          <w:p w14:paraId="72869BA5" w14:textId="77777777" w:rsidR="00F60338" w:rsidRPr="005906DB" w:rsidRDefault="00F60338" w:rsidP="00744916">
            <w:pPr>
              <w:spacing w:line="500" w:lineRule="exact"/>
              <w:jc w:val="both"/>
            </w:pPr>
          </w:p>
        </w:tc>
      </w:tr>
    </w:tbl>
    <w:p w14:paraId="561F5140" w14:textId="77777777" w:rsidR="00BA5EEF" w:rsidRPr="005906DB" w:rsidRDefault="00BA5EEF" w:rsidP="00744916">
      <w:pPr>
        <w:spacing w:before="60" w:after="40" w:line="500" w:lineRule="exact"/>
        <w:jc w:val="both"/>
        <w:rPr>
          <w:rFonts w:ascii="黑体" w:eastAsia="黑体" w:hAnsi="黑体"/>
          <w:lang w:eastAsia="zh-CN"/>
        </w:rPr>
      </w:pPr>
    </w:p>
    <w:p w14:paraId="0336B9F8" w14:textId="5D02F935" w:rsidR="00F60338" w:rsidRPr="005906DB" w:rsidRDefault="00000000" w:rsidP="00744916">
      <w:pPr>
        <w:spacing w:before="60" w:after="40" w:line="500" w:lineRule="exact"/>
        <w:jc w:val="both"/>
      </w:pPr>
      <w:r w:rsidRPr="005906DB">
        <w:rPr>
          <w:rFonts w:ascii="黑体" w:eastAsia="黑体" w:hAnsi="黑体"/>
        </w:rPr>
        <w:t xml:space="preserve">附件2. </w:t>
      </w:r>
      <w:proofErr w:type="spellStart"/>
      <w:r w:rsidRPr="005906DB">
        <w:rPr>
          <w:rFonts w:ascii="黑体" w:eastAsia="黑体" w:hAnsi="黑体"/>
        </w:rPr>
        <w:t>资格证明文件</w:t>
      </w:r>
      <w:proofErr w:type="spellEnd"/>
    </w:p>
    <w:p w14:paraId="65891B09" w14:textId="77777777" w:rsidR="00F60338" w:rsidRPr="005906DB" w:rsidRDefault="00000000" w:rsidP="00744916">
      <w:pPr>
        <w:spacing w:line="500" w:lineRule="exact"/>
        <w:jc w:val="both"/>
        <w:rPr>
          <w:lang w:eastAsia="zh-CN"/>
        </w:rPr>
      </w:pPr>
      <w:r w:rsidRPr="005906DB">
        <w:rPr>
          <w:lang w:eastAsia="zh-CN"/>
        </w:rPr>
        <w:t>附件2-1 有效的营业执照或法人证书（复印件加盖公章）</w:t>
      </w:r>
    </w:p>
    <w:p w14:paraId="57DF0E19" w14:textId="77777777" w:rsidR="00F60338" w:rsidRPr="005906DB" w:rsidRDefault="00000000" w:rsidP="00744916">
      <w:pPr>
        <w:spacing w:line="500" w:lineRule="exact"/>
        <w:jc w:val="both"/>
        <w:rPr>
          <w:lang w:eastAsia="zh-CN"/>
        </w:rPr>
      </w:pPr>
      <w:r w:rsidRPr="005906DB">
        <w:rPr>
          <w:lang w:eastAsia="zh-CN"/>
        </w:rPr>
        <w:t>附件2-2 企业信用情况证明（信用中国网站下载，加盖公章）</w:t>
      </w:r>
    </w:p>
    <w:p w14:paraId="232CC028" w14:textId="77777777" w:rsidR="00F60338" w:rsidRPr="005906DB" w:rsidRDefault="00000000" w:rsidP="00744916">
      <w:pPr>
        <w:spacing w:line="500" w:lineRule="exact"/>
        <w:jc w:val="both"/>
        <w:rPr>
          <w:lang w:eastAsia="zh-CN"/>
        </w:rPr>
      </w:pPr>
      <w:r w:rsidRPr="005906DB">
        <w:rPr>
          <w:lang w:eastAsia="zh-CN"/>
        </w:rPr>
        <w:t>附件2-3 依法缴纳税收的记录</w:t>
      </w:r>
    </w:p>
    <w:p w14:paraId="06D487AA" w14:textId="77777777" w:rsidR="00F60338" w:rsidRPr="005906DB" w:rsidRDefault="00000000" w:rsidP="00744916">
      <w:pPr>
        <w:spacing w:line="500" w:lineRule="exact"/>
        <w:jc w:val="both"/>
        <w:rPr>
          <w:lang w:eastAsia="zh-CN"/>
        </w:rPr>
      </w:pPr>
      <w:r w:rsidRPr="005906DB">
        <w:rPr>
          <w:lang w:eastAsia="zh-CN"/>
        </w:rPr>
        <w:t>附件2-4 依法缴纳社会保障资金的记录</w:t>
      </w:r>
    </w:p>
    <w:p w14:paraId="22654306" w14:textId="77777777" w:rsidR="00F60338" w:rsidRPr="005906DB" w:rsidRDefault="00000000" w:rsidP="00744916">
      <w:pPr>
        <w:spacing w:line="500" w:lineRule="exact"/>
        <w:jc w:val="both"/>
        <w:rPr>
          <w:lang w:eastAsia="zh-CN"/>
        </w:rPr>
      </w:pPr>
      <w:r w:rsidRPr="005906DB">
        <w:rPr>
          <w:lang w:eastAsia="zh-CN"/>
        </w:rPr>
        <w:t>附件2-5 单位注册资本佐证材料</w:t>
      </w:r>
    </w:p>
    <w:p w14:paraId="08ECAA6A" w14:textId="77777777" w:rsidR="00BA5EEF" w:rsidRPr="005906DB" w:rsidRDefault="00BA5EEF" w:rsidP="00744916">
      <w:pPr>
        <w:spacing w:before="60" w:after="40" w:line="500" w:lineRule="exact"/>
        <w:jc w:val="both"/>
        <w:rPr>
          <w:rFonts w:ascii="黑体" w:eastAsia="黑体" w:hAnsi="黑体"/>
          <w:lang w:eastAsia="zh-CN"/>
        </w:rPr>
      </w:pPr>
    </w:p>
    <w:p w14:paraId="21C914D9" w14:textId="31970020" w:rsidR="00F60338" w:rsidRPr="005906DB" w:rsidRDefault="00000000" w:rsidP="00744916">
      <w:pPr>
        <w:spacing w:before="60" w:after="40" w:line="500" w:lineRule="exact"/>
        <w:jc w:val="both"/>
        <w:rPr>
          <w:lang w:eastAsia="zh-CN"/>
        </w:rPr>
      </w:pPr>
      <w:r w:rsidRPr="005906DB">
        <w:rPr>
          <w:rFonts w:ascii="黑体" w:eastAsia="黑体" w:hAnsi="黑体"/>
          <w:lang w:eastAsia="zh-CN"/>
        </w:rPr>
        <w:t>附件3. 业绩证明文件（如有）</w:t>
      </w:r>
    </w:p>
    <w:p w14:paraId="3A31903D" w14:textId="77777777" w:rsidR="00F60338" w:rsidRPr="005906DB" w:rsidRDefault="00000000" w:rsidP="00744916">
      <w:pPr>
        <w:spacing w:line="500" w:lineRule="exact"/>
        <w:jc w:val="both"/>
        <w:rPr>
          <w:lang w:eastAsia="zh-CN"/>
        </w:rPr>
      </w:pPr>
      <w:r w:rsidRPr="005906DB">
        <w:rPr>
          <w:lang w:eastAsia="zh-CN"/>
        </w:rPr>
        <w:t>（附合同复印件，须加盖供应商公章）</w:t>
      </w:r>
    </w:p>
    <w:tbl>
      <w:tblPr>
        <w:tblStyle w:val="aff1"/>
        <w:tblW w:w="0" w:type="auto"/>
        <w:tblLook w:val="04A0" w:firstRow="1" w:lastRow="0" w:firstColumn="1" w:lastColumn="0" w:noHBand="0" w:noVBand="1"/>
      </w:tblPr>
      <w:tblGrid>
        <w:gridCol w:w="1836"/>
        <w:gridCol w:w="1836"/>
        <w:gridCol w:w="1836"/>
        <w:gridCol w:w="1836"/>
        <w:gridCol w:w="1836"/>
      </w:tblGrid>
      <w:tr w:rsidR="00F60338" w:rsidRPr="005906DB" w14:paraId="7C43050B" w14:textId="77777777">
        <w:tc>
          <w:tcPr>
            <w:tcW w:w="1836" w:type="dxa"/>
          </w:tcPr>
          <w:p w14:paraId="1A7751F9" w14:textId="77777777" w:rsidR="00F60338" w:rsidRPr="005906DB" w:rsidRDefault="00000000" w:rsidP="00744916">
            <w:pPr>
              <w:spacing w:before="20" w:after="20" w:line="500" w:lineRule="exact"/>
              <w:jc w:val="both"/>
            </w:pPr>
            <w:proofErr w:type="spellStart"/>
            <w:r w:rsidRPr="005906DB">
              <w:rPr>
                <w:b/>
                <w:sz w:val="22"/>
              </w:rPr>
              <w:t>序号</w:t>
            </w:r>
            <w:proofErr w:type="spellEnd"/>
          </w:p>
        </w:tc>
        <w:tc>
          <w:tcPr>
            <w:tcW w:w="1836" w:type="dxa"/>
          </w:tcPr>
          <w:p w14:paraId="6E9080D1" w14:textId="77777777" w:rsidR="00F60338" w:rsidRPr="005906DB" w:rsidRDefault="00000000" w:rsidP="00744916">
            <w:pPr>
              <w:spacing w:before="20" w:after="20" w:line="500" w:lineRule="exact"/>
              <w:jc w:val="both"/>
            </w:pPr>
            <w:r w:rsidRPr="005906DB">
              <w:rPr>
                <w:b/>
                <w:sz w:val="22"/>
              </w:rPr>
              <w:t>项目名称</w:t>
            </w:r>
          </w:p>
        </w:tc>
        <w:tc>
          <w:tcPr>
            <w:tcW w:w="1836" w:type="dxa"/>
          </w:tcPr>
          <w:p w14:paraId="38AAB714" w14:textId="77777777" w:rsidR="00F60338" w:rsidRPr="005906DB" w:rsidRDefault="00000000" w:rsidP="00744916">
            <w:pPr>
              <w:spacing w:before="20" w:after="20" w:line="500" w:lineRule="exact"/>
              <w:jc w:val="both"/>
            </w:pPr>
            <w:r w:rsidRPr="005906DB">
              <w:rPr>
                <w:b/>
                <w:sz w:val="22"/>
              </w:rPr>
              <w:t>合同主要内容</w:t>
            </w:r>
          </w:p>
        </w:tc>
        <w:tc>
          <w:tcPr>
            <w:tcW w:w="1836" w:type="dxa"/>
          </w:tcPr>
          <w:p w14:paraId="083E5C5A" w14:textId="77777777" w:rsidR="00F60338" w:rsidRPr="005906DB" w:rsidRDefault="00000000" w:rsidP="00744916">
            <w:pPr>
              <w:spacing w:before="20" w:after="20" w:line="500" w:lineRule="exact"/>
              <w:jc w:val="both"/>
            </w:pPr>
            <w:r w:rsidRPr="005906DB">
              <w:rPr>
                <w:b/>
                <w:sz w:val="22"/>
              </w:rPr>
              <w:t>合同金额</w:t>
            </w:r>
          </w:p>
        </w:tc>
        <w:tc>
          <w:tcPr>
            <w:tcW w:w="1836" w:type="dxa"/>
          </w:tcPr>
          <w:p w14:paraId="5B699341" w14:textId="77777777" w:rsidR="00F60338" w:rsidRPr="005906DB" w:rsidRDefault="00000000" w:rsidP="00744916">
            <w:pPr>
              <w:spacing w:before="20" w:after="20" w:line="500" w:lineRule="exact"/>
              <w:jc w:val="both"/>
            </w:pPr>
            <w:r w:rsidRPr="005906DB">
              <w:rPr>
                <w:b/>
                <w:sz w:val="22"/>
              </w:rPr>
              <w:t>委托方联系方式</w:t>
            </w:r>
          </w:p>
        </w:tc>
      </w:tr>
      <w:tr w:rsidR="00F60338" w:rsidRPr="005906DB" w14:paraId="2E822F2B" w14:textId="77777777">
        <w:tc>
          <w:tcPr>
            <w:tcW w:w="1836" w:type="dxa"/>
          </w:tcPr>
          <w:p w14:paraId="32256E6F" w14:textId="77777777" w:rsidR="00F60338" w:rsidRPr="005906DB" w:rsidRDefault="00F60338" w:rsidP="00744916">
            <w:pPr>
              <w:spacing w:line="500" w:lineRule="exact"/>
              <w:jc w:val="both"/>
            </w:pPr>
          </w:p>
        </w:tc>
        <w:tc>
          <w:tcPr>
            <w:tcW w:w="1836" w:type="dxa"/>
          </w:tcPr>
          <w:p w14:paraId="610A6054" w14:textId="77777777" w:rsidR="00F60338" w:rsidRPr="005906DB" w:rsidRDefault="00F60338" w:rsidP="00744916">
            <w:pPr>
              <w:spacing w:line="500" w:lineRule="exact"/>
              <w:jc w:val="both"/>
            </w:pPr>
          </w:p>
        </w:tc>
        <w:tc>
          <w:tcPr>
            <w:tcW w:w="1836" w:type="dxa"/>
          </w:tcPr>
          <w:p w14:paraId="661E65B5" w14:textId="77777777" w:rsidR="00F60338" w:rsidRPr="005906DB" w:rsidRDefault="00F60338" w:rsidP="00744916">
            <w:pPr>
              <w:spacing w:line="500" w:lineRule="exact"/>
              <w:jc w:val="both"/>
            </w:pPr>
          </w:p>
        </w:tc>
        <w:tc>
          <w:tcPr>
            <w:tcW w:w="1836" w:type="dxa"/>
          </w:tcPr>
          <w:p w14:paraId="3730BFE0" w14:textId="77777777" w:rsidR="00F60338" w:rsidRPr="005906DB" w:rsidRDefault="00F60338" w:rsidP="00744916">
            <w:pPr>
              <w:spacing w:line="500" w:lineRule="exact"/>
              <w:jc w:val="both"/>
            </w:pPr>
          </w:p>
        </w:tc>
        <w:tc>
          <w:tcPr>
            <w:tcW w:w="1836" w:type="dxa"/>
          </w:tcPr>
          <w:p w14:paraId="643DB629" w14:textId="77777777" w:rsidR="00F60338" w:rsidRPr="005906DB" w:rsidRDefault="00F60338" w:rsidP="00744916">
            <w:pPr>
              <w:spacing w:line="500" w:lineRule="exact"/>
              <w:jc w:val="both"/>
            </w:pPr>
          </w:p>
        </w:tc>
      </w:tr>
      <w:tr w:rsidR="00F60338" w:rsidRPr="005906DB" w14:paraId="717D3C99" w14:textId="77777777">
        <w:tc>
          <w:tcPr>
            <w:tcW w:w="1836" w:type="dxa"/>
          </w:tcPr>
          <w:p w14:paraId="53584A27" w14:textId="77777777" w:rsidR="00F60338" w:rsidRPr="005906DB" w:rsidRDefault="00F60338" w:rsidP="00744916">
            <w:pPr>
              <w:spacing w:line="500" w:lineRule="exact"/>
              <w:jc w:val="both"/>
            </w:pPr>
          </w:p>
        </w:tc>
        <w:tc>
          <w:tcPr>
            <w:tcW w:w="1836" w:type="dxa"/>
          </w:tcPr>
          <w:p w14:paraId="7D21A995" w14:textId="77777777" w:rsidR="00F60338" w:rsidRPr="005906DB" w:rsidRDefault="00F60338" w:rsidP="00744916">
            <w:pPr>
              <w:spacing w:line="500" w:lineRule="exact"/>
              <w:jc w:val="both"/>
            </w:pPr>
          </w:p>
        </w:tc>
        <w:tc>
          <w:tcPr>
            <w:tcW w:w="1836" w:type="dxa"/>
          </w:tcPr>
          <w:p w14:paraId="0F73BD28" w14:textId="77777777" w:rsidR="00F60338" w:rsidRPr="005906DB" w:rsidRDefault="00F60338" w:rsidP="00744916">
            <w:pPr>
              <w:spacing w:line="500" w:lineRule="exact"/>
              <w:jc w:val="both"/>
            </w:pPr>
          </w:p>
        </w:tc>
        <w:tc>
          <w:tcPr>
            <w:tcW w:w="1836" w:type="dxa"/>
          </w:tcPr>
          <w:p w14:paraId="662C5CF4" w14:textId="77777777" w:rsidR="00F60338" w:rsidRPr="005906DB" w:rsidRDefault="00F60338" w:rsidP="00744916">
            <w:pPr>
              <w:spacing w:line="500" w:lineRule="exact"/>
              <w:jc w:val="both"/>
            </w:pPr>
          </w:p>
        </w:tc>
        <w:tc>
          <w:tcPr>
            <w:tcW w:w="1836" w:type="dxa"/>
          </w:tcPr>
          <w:p w14:paraId="4EF6EA09" w14:textId="77777777" w:rsidR="00F60338" w:rsidRPr="005906DB" w:rsidRDefault="00F60338" w:rsidP="00744916">
            <w:pPr>
              <w:spacing w:line="500" w:lineRule="exact"/>
              <w:jc w:val="both"/>
            </w:pPr>
          </w:p>
        </w:tc>
      </w:tr>
      <w:tr w:rsidR="00F60338" w:rsidRPr="005906DB" w14:paraId="7B2757A0" w14:textId="77777777">
        <w:tc>
          <w:tcPr>
            <w:tcW w:w="1836" w:type="dxa"/>
          </w:tcPr>
          <w:p w14:paraId="6C8AB7E9" w14:textId="77777777" w:rsidR="00F60338" w:rsidRPr="005906DB" w:rsidRDefault="00F60338" w:rsidP="00744916">
            <w:pPr>
              <w:spacing w:line="500" w:lineRule="exact"/>
              <w:jc w:val="both"/>
            </w:pPr>
          </w:p>
        </w:tc>
        <w:tc>
          <w:tcPr>
            <w:tcW w:w="1836" w:type="dxa"/>
          </w:tcPr>
          <w:p w14:paraId="20BE48ED" w14:textId="77777777" w:rsidR="00F60338" w:rsidRPr="005906DB" w:rsidRDefault="00F60338" w:rsidP="00744916">
            <w:pPr>
              <w:spacing w:line="500" w:lineRule="exact"/>
              <w:jc w:val="both"/>
            </w:pPr>
          </w:p>
        </w:tc>
        <w:tc>
          <w:tcPr>
            <w:tcW w:w="1836" w:type="dxa"/>
          </w:tcPr>
          <w:p w14:paraId="3F007980" w14:textId="77777777" w:rsidR="00F60338" w:rsidRPr="005906DB" w:rsidRDefault="00F60338" w:rsidP="00744916">
            <w:pPr>
              <w:spacing w:line="500" w:lineRule="exact"/>
              <w:jc w:val="both"/>
            </w:pPr>
          </w:p>
        </w:tc>
        <w:tc>
          <w:tcPr>
            <w:tcW w:w="1836" w:type="dxa"/>
          </w:tcPr>
          <w:p w14:paraId="1041EF55" w14:textId="77777777" w:rsidR="00F60338" w:rsidRPr="005906DB" w:rsidRDefault="00F60338" w:rsidP="00744916">
            <w:pPr>
              <w:spacing w:line="500" w:lineRule="exact"/>
              <w:jc w:val="both"/>
            </w:pPr>
          </w:p>
        </w:tc>
        <w:tc>
          <w:tcPr>
            <w:tcW w:w="1836" w:type="dxa"/>
          </w:tcPr>
          <w:p w14:paraId="4C873C76" w14:textId="77777777" w:rsidR="00F60338" w:rsidRPr="005906DB" w:rsidRDefault="00F60338" w:rsidP="00744916">
            <w:pPr>
              <w:spacing w:line="500" w:lineRule="exact"/>
              <w:jc w:val="both"/>
            </w:pPr>
          </w:p>
        </w:tc>
      </w:tr>
    </w:tbl>
    <w:p w14:paraId="2F599062" w14:textId="77777777" w:rsidR="00F60338" w:rsidRPr="005906DB" w:rsidRDefault="00000000" w:rsidP="00744916">
      <w:pPr>
        <w:spacing w:line="500" w:lineRule="exact"/>
        <w:jc w:val="both"/>
        <w:rPr>
          <w:lang w:eastAsia="zh-CN"/>
        </w:rPr>
      </w:pPr>
      <w:r w:rsidRPr="005906DB">
        <w:rPr>
          <w:lang w:eastAsia="zh-CN"/>
        </w:rPr>
        <w:lastRenderedPageBreak/>
        <w:t>供应商名称（公章）：              法定代表人或授权代表（签字）：              日期：</w:t>
      </w:r>
    </w:p>
    <w:p w14:paraId="4A113E4C" w14:textId="77777777" w:rsidR="00BA5EEF" w:rsidRPr="005906DB" w:rsidRDefault="00BA5EEF" w:rsidP="00744916">
      <w:pPr>
        <w:spacing w:before="60" w:after="40" w:line="500" w:lineRule="exact"/>
        <w:jc w:val="both"/>
        <w:rPr>
          <w:rFonts w:ascii="黑体" w:eastAsia="黑体" w:hAnsi="黑体"/>
          <w:lang w:eastAsia="zh-CN"/>
        </w:rPr>
      </w:pPr>
    </w:p>
    <w:p w14:paraId="1A04D1CD" w14:textId="0209B92A" w:rsidR="00F60338" w:rsidRPr="005906DB" w:rsidRDefault="00000000" w:rsidP="00744916">
      <w:pPr>
        <w:spacing w:before="60" w:after="40" w:line="500" w:lineRule="exact"/>
        <w:jc w:val="both"/>
      </w:pPr>
      <w:r w:rsidRPr="005906DB">
        <w:rPr>
          <w:rFonts w:ascii="黑体" w:eastAsia="黑体" w:hAnsi="黑体"/>
        </w:rPr>
        <w:t xml:space="preserve">附件4. </w:t>
      </w:r>
      <w:proofErr w:type="spellStart"/>
      <w:r w:rsidRPr="005906DB">
        <w:rPr>
          <w:rFonts w:ascii="黑体" w:eastAsia="黑体" w:hAnsi="黑体"/>
        </w:rPr>
        <w:t>报价表</w:t>
      </w:r>
      <w:proofErr w:type="spellEnd"/>
    </w:p>
    <w:tbl>
      <w:tblPr>
        <w:tblStyle w:val="aff1"/>
        <w:tblW w:w="0" w:type="auto"/>
        <w:tblLook w:val="04A0" w:firstRow="1" w:lastRow="0" w:firstColumn="1" w:lastColumn="0" w:noHBand="0" w:noVBand="1"/>
      </w:tblPr>
      <w:tblGrid>
        <w:gridCol w:w="817"/>
        <w:gridCol w:w="2552"/>
        <w:gridCol w:w="2139"/>
        <w:gridCol w:w="1836"/>
        <w:gridCol w:w="1836"/>
      </w:tblGrid>
      <w:tr w:rsidR="00F60338" w:rsidRPr="005906DB" w14:paraId="20688487" w14:textId="77777777" w:rsidTr="001D573C">
        <w:tc>
          <w:tcPr>
            <w:tcW w:w="817" w:type="dxa"/>
          </w:tcPr>
          <w:p w14:paraId="45F162EA" w14:textId="77777777" w:rsidR="00F60338" w:rsidRPr="005906DB" w:rsidRDefault="00000000" w:rsidP="00744916">
            <w:pPr>
              <w:spacing w:before="20" w:after="20" w:line="500" w:lineRule="exact"/>
              <w:jc w:val="both"/>
            </w:pPr>
            <w:proofErr w:type="spellStart"/>
            <w:r w:rsidRPr="005906DB">
              <w:rPr>
                <w:b/>
                <w:sz w:val="22"/>
              </w:rPr>
              <w:t>序号</w:t>
            </w:r>
            <w:proofErr w:type="spellEnd"/>
          </w:p>
        </w:tc>
        <w:tc>
          <w:tcPr>
            <w:tcW w:w="2552" w:type="dxa"/>
          </w:tcPr>
          <w:p w14:paraId="586C82BF" w14:textId="77777777" w:rsidR="00F60338" w:rsidRPr="005906DB" w:rsidRDefault="00000000" w:rsidP="00744916">
            <w:pPr>
              <w:spacing w:before="20" w:after="20" w:line="500" w:lineRule="exact"/>
              <w:jc w:val="both"/>
            </w:pPr>
            <w:r w:rsidRPr="005906DB">
              <w:rPr>
                <w:b/>
                <w:sz w:val="22"/>
              </w:rPr>
              <w:t>服务内容</w:t>
            </w:r>
          </w:p>
        </w:tc>
        <w:tc>
          <w:tcPr>
            <w:tcW w:w="2139" w:type="dxa"/>
          </w:tcPr>
          <w:p w14:paraId="55E0CE20" w14:textId="77777777" w:rsidR="00F60338" w:rsidRPr="005906DB" w:rsidRDefault="00000000" w:rsidP="00744916">
            <w:pPr>
              <w:spacing w:before="20" w:after="20" w:line="500" w:lineRule="exact"/>
              <w:jc w:val="both"/>
            </w:pPr>
            <w:r w:rsidRPr="005906DB">
              <w:rPr>
                <w:b/>
                <w:sz w:val="22"/>
              </w:rPr>
              <w:t>数量/单位</w:t>
            </w:r>
          </w:p>
        </w:tc>
        <w:tc>
          <w:tcPr>
            <w:tcW w:w="1836" w:type="dxa"/>
          </w:tcPr>
          <w:p w14:paraId="2C507B51" w14:textId="77777777" w:rsidR="00F60338" w:rsidRPr="005906DB" w:rsidRDefault="00000000" w:rsidP="00744916">
            <w:pPr>
              <w:spacing w:before="20" w:after="20" w:line="500" w:lineRule="exact"/>
              <w:jc w:val="both"/>
            </w:pPr>
            <w:r w:rsidRPr="005906DB">
              <w:rPr>
                <w:b/>
                <w:sz w:val="22"/>
              </w:rPr>
              <w:t>单价（元）</w:t>
            </w:r>
          </w:p>
        </w:tc>
        <w:tc>
          <w:tcPr>
            <w:tcW w:w="1836" w:type="dxa"/>
          </w:tcPr>
          <w:p w14:paraId="2697962A" w14:textId="77777777" w:rsidR="00F60338" w:rsidRPr="005906DB" w:rsidRDefault="00000000" w:rsidP="00744916">
            <w:pPr>
              <w:spacing w:before="20" w:after="20" w:line="500" w:lineRule="exact"/>
              <w:jc w:val="both"/>
            </w:pPr>
            <w:r w:rsidRPr="005906DB">
              <w:rPr>
                <w:b/>
                <w:sz w:val="22"/>
              </w:rPr>
              <w:t>合计（元）</w:t>
            </w:r>
          </w:p>
        </w:tc>
      </w:tr>
      <w:tr w:rsidR="00F60338" w:rsidRPr="005906DB" w14:paraId="597A06AB" w14:textId="77777777" w:rsidTr="001D573C">
        <w:tc>
          <w:tcPr>
            <w:tcW w:w="817" w:type="dxa"/>
          </w:tcPr>
          <w:p w14:paraId="64B0FC84" w14:textId="77777777" w:rsidR="00F60338" w:rsidRPr="005906DB" w:rsidRDefault="00000000" w:rsidP="00744916">
            <w:pPr>
              <w:spacing w:before="20" w:after="20" w:line="500" w:lineRule="exact"/>
              <w:jc w:val="both"/>
            </w:pPr>
            <w:r w:rsidRPr="005906DB">
              <w:rPr>
                <w:sz w:val="22"/>
              </w:rPr>
              <w:t>1</w:t>
            </w:r>
          </w:p>
        </w:tc>
        <w:tc>
          <w:tcPr>
            <w:tcW w:w="2552" w:type="dxa"/>
          </w:tcPr>
          <w:p w14:paraId="74D44D1C" w14:textId="3AA984D1" w:rsidR="00F60338" w:rsidRPr="005906DB" w:rsidRDefault="00000000" w:rsidP="00744916">
            <w:pPr>
              <w:spacing w:before="20" w:after="20" w:line="500" w:lineRule="exact"/>
              <w:jc w:val="both"/>
            </w:pPr>
            <w:proofErr w:type="spellStart"/>
            <w:r w:rsidRPr="005906DB">
              <w:rPr>
                <w:sz w:val="22"/>
              </w:rPr>
              <w:t>裁判员</w:t>
            </w:r>
            <w:r w:rsidR="001D573C" w:rsidRPr="005906DB">
              <w:rPr>
                <w:sz w:val="22"/>
              </w:rPr>
              <w:t>筛选</w:t>
            </w:r>
            <w:r w:rsidRPr="005906DB">
              <w:rPr>
                <w:sz w:val="22"/>
              </w:rPr>
              <w:t>与管理</w:t>
            </w:r>
            <w:proofErr w:type="spellEnd"/>
          </w:p>
        </w:tc>
        <w:tc>
          <w:tcPr>
            <w:tcW w:w="2139" w:type="dxa"/>
          </w:tcPr>
          <w:p w14:paraId="0F9F205D" w14:textId="4E8CCEBD" w:rsidR="00F60338" w:rsidRPr="005906DB" w:rsidRDefault="00000000" w:rsidP="00744916">
            <w:pPr>
              <w:spacing w:before="20" w:after="20" w:line="500" w:lineRule="exact"/>
              <w:jc w:val="both"/>
            </w:pPr>
            <w:r w:rsidRPr="005906DB">
              <w:rPr>
                <w:sz w:val="22"/>
              </w:rPr>
              <w:t>≥</w:t>
            </w:r>
            <w:r w:rsidR="001D573C" w:rsidRPr="005906DB">
              <w:rPr>
                <w:rFonts w:hint="eastAsia"/>
                <w:sz w:val="22"/>
                <w:lang w:eastAsia="zh-CN"/>
              </w:rPr>
              <w:t>250</w:t>
            </w:r>
            <w:r w:rsidRPr="005906DB">
              <w:rPr>
                <w:sz w:val="22"/>
              </w:rPr>
              <w:t>人</w:t>
            </w:r>
          </w:p>
        </w:tc>
        <w:tc>
          <w:tcPr>
            <w:tcW w:w="1836" w:type="dxa"/>
          </w:tcPr>
          <w:p w14:paraId="66A9468E" w14:textId="77777777" w:rsidR="00F60338" w:rsidRPr="005906DB" w:rsidRDefault="00F60338" w:rsidP="00744916">
            <w:pPr>
              <w:spacing w:before="20" w:after="20" w:line="500" w:lineRule="exact"/>
              <w:jc w:val="both"/>
            </w:pPr>
          </w:p>
        </w:tc>
        <w:tc>
          <w:tcPr>
            <w:tcW w:w="1836" w:type="dxa"/>
          </w:tcPr>
          <w:p w14:paraId="0704AD53" w14:textId="77777777" w:rsidR="00F60338" w:rsidRPr="005906DB" w:rsidRDefault="00F60338" w:rsidP="00744916">
            <w:pPr>
              <w:spacing w:before="20" w:after="20" w:line="500" w:lineRule="exact"/>
              <w:jc w:val="both"/>
            </w:pPr>
          </w:p>
        </w:tc>
      </w:tr>
      <w:tr w:rsidR="00F60338" w:rsidRPr="005906DB" w14:paraId="008C4122" w14:textId="77777777" w:rsidTr="001D573C">
        <w:tc>
          <w:tcPr>
            <w:tcW w:w="817" w:type="dxa"/>
          </w:tcPr>
          <w:p w14:paraId="395EACD5" w14:textId="77777777" w:rsidR="00F60338" w:rsidRPr="005906DB" w:rsidRDefault="00000000" w:rsidP="00744916">
            <w:pPr>
              <w:spacing w:before="20" w:after="20" w:line="500" w:lineRule="exact"/>
              <w:jc w:val="both"/>
            </w:pPr>
            <w:r w:rsidRPr="005906DB">
              <w:rPr>
                <w:sz w:val="22"/>
              </w:rPr>
              <w:t>2</w:t>
            </w:r>
          </w:p>
        </w:tc>
        <w:tc>
          <w:tcPr>
            <w:tcW w:w="2552" w:type="dxa"/>
          </w:tcPr>
          <w:p w14:paraId="001931A3" w14:textId="376CD32C" w:rsidR="00F60338" w:rsidRPr="005906DB" w:rsidRDefault="00000000" w:rsidP="00744916">
            <w:pPr>
              <w:spacing w:before="20" w:after="20" w:line="500" w:lineRule="exact"/>
              <w:jc w:val="both"/>
            </w:pPr>
            <w:proofErr w:type="spellStart"/>
            <w:r w:rsidRPr="005906DB">
              <w:rPr>
                <w:sz w:val="22"/>
              </w:rPr>
              <w:t>志愿者</w:t>
            </w:r>
            <w:r w:rsidR="001D573C" w:rsidRPr="005906DB">
              <w:rPr>
                <w:sz w:val="22"/>
              </w:rPr>
              <w:t>筛选</w:t>
            </w:r>
            <w:r w:rsidRPr="005906DB">
              <w:rPr>
                <w:sz w:val="22"/>
              </w:rPr>
              <w:t>与管理</w:t>
            </w:r>
            <w:proofErr w:type="spellEnd"/>
          </w:p>
        </w:tc>
        <w:tc>
          <w:tcPr>
            <w:tcW w:w="2139" w:type="dxa"/>
          </w:tcPr>
          <w:p w14:paraId="6191EDEA" w14:textId="5F360A4F" w:rsidR="00F60338" w:rsidRPr="005906DB" w:rsidRDefault="00000000" w:rsidP="00744916">
            <w:pPr>
              <w:spacing w:before="20" w:after="20" w:line="500" w:lineRule="exact"/>
              <w:jc w:val="both"/>
              <w:rPr>
                <w:lang w:eastAsia="zh-CN"/>
              </w:rPr>
            </w:pPr>
            <w:r w:rsidRPr="005906DB">
              <w:rPr>
                <w:sz w:val="22"/>
              </w:rPr>
              <w:t>≥200人</w:t>
            </w:r>
            <w:r w:rsidR="001D573C" w:rsidRPr="005906DB">
              <w:rPr>
                <w:rFonts w:hint="eastAsia"/>
                <w:sz w:val="22"/>
                <w:lang w:eastAsia="zh-CN"/>
              </w:rPr>
              <w:t>/日</w:t>
            </w:r>
          </w:p>
        </w:tc>
        <w:tc>
          <w:tcPr>
            <w:tcW w:w="1836" w:type="dxa"/>
          </w:tcPr>
          <w:p w14:paraId="36611096" w14:textId="77777777" w:rsidR="00F60338" w:rsidRPr="005906DB" w:rsidRDefault="00F60338" w:rsidP="00744916">
            <w:pPr>
              <w:spacing w:before="20" w:after="20" w:line="500" w:lineRule="exact"/>
              <w:jc w:val="both"/>
            </w:pPr>
          </w:p>
        </w:tc>
        <w:tc>
          <w:tcPr>
            <w:tcW w:w="1836" w:type="dxa"/>
          </w:tcPr>
          <w:p w14:paraId="44C62528" w14:textId="77777777" w:rsidR="00F60338" w:rsidRPr="005906DB" w:rsidRDefault="00F60338" w:rsidP="00744916">
            <w:pPr>
              <w:spacing w:before="20" w:after="20" w:line="500" w:lineRule="exact"/>
              <w:jc w:val="both"/>
            </w:pPr>
          </w:p>
        </w:tc>
      </w:tr>
      <w:tr w:rsidR="00F60338" w:rsidRPr="005906DB" w14:paraId="5ED478CC" w14:textId="77777777" w:rsidTr="001D573C">
        <w:tc>
          <w:tcPr>
            <w:tcW w:w="817" w:type="dxa"/>
          </w:tcPr>
          <w:p w14:paraId="1FAB6169" w14:textId="77777777" w:rsidR="00F60338" w:rsidRPr="005906DB" w:rsidRDefault="00000000" w:rsidP="00744916">
            <w:pPr>
              <w:spacing w:before="20" w:after="20" w:line="500" w:lineRule="exact"/>
              <w:jc w:val="both"/>
            </w:pPr>
            <w:r w:rsidRPr="005906DB">
              <w:rPr>
                <w:sz w:val="22"/>
              </w:rPr>
              <w:t>3</w:t>
            </w:r>
          </w:p>
        </w:tc>
        <w:tc>
          <w:tcPr>
            <w:tcW w:w="2552" w:type="dxa"/>
          </w:tcPr>
          <w:p w14:paraId="0CC4CB7F" w14:textId="3A1FA674" w:rsidR="00F60338" w:rsidRPr="005906DB" w:rsidRDefault="001D573C" w:rsidP="00744916">
            <w:pPr>
              <w:spacing w:before="20" w:after="20" w:line="500" w:lineRule="exact"/>
              <w:jc w:val="both"/>
            </w:pPr>
            <w:r w:rsidRPr="005906DB">
              <w:rPr>
                <w:rFonts w:hint="eastAsia"/>
                <w:sz w:val="22"/>
              </w:rPr>
              <w:t>培训</w:t>
            </w:r>
          </w:p>
        </w:tc>
        <w:tc>
          <w:tcPr>
            <w:tcW w:w="2139" w:type="dxa"/>
          </w:tcPr>
          <w:p w14:paraId="74BF77A6" w14:textId="77777777" w:rsidR="00F60338" w:rsidRPr="005906DB" w:rsidRDefault="00000000" w:rsidP="00744916">
            <w:pPr>
              <w:spacing w:before="20" w:after="20" w:line="500" w:lineRule="exact"/>
              <w:jc w:val="both"/>
            </w:pPr>
            <w:r w:rsidRPr="005906DB">
              <w:rPr>
                <w:sz w:val="22"/>
              </w:rPr>
              <w:t>1批</w:t>
            </w:r>
          </w:p>
        </w:tc>
        <w:tc>
          <w:tcPr>
            <w:tcW w:w="1836" w:type="dxa"/>
          </w:tcPr>
          <w:p w14:paraId="705E1FD0" w14:textId="77777777" w:rsidR="00F60338" w:rsidRPr="005906DB" w:rsidRDefault="00F60338" w:rsidP="00744916">
            <w:pPr>
              <w:spacing w:before="20" w:after="20" w:line="500" w:lineRule="exact"/>
              <w:jc w:val="both"/>
            </w:pPr>
          </w:p>
        </w:tc>
        <w:tc>
          <w:tcPr>
            <w:tcW w:w="1836" w:type="dxa"/>
          </w:tcPr>
          <w:p w14:paraId="65F7646C" w14:textId="77777777" w:rsidR="00F60338" w:rsidRPr="005906DB" w:rsidRDefault="00F60338" w:rsidP="00744916">
            <w:pPr>
              <w:spacing w:before="20" w:after="20" w:line="500" w:lineRule="exact"/>
              <w:jc w:val="both"/>
            </w:pPr>
          </w:p>
        </w:tc>
      </w:tr>
      <w:tr w:rsidR="00F60338" w:rsidRPr="005906DB" w14:paraId="5D0F281F" w14:textId="77777777" w:rsidTr="001D573C">
        <w:tc>
          <w:tcPr>
            <w:tcW w:w="817" w:type="dxa"/>
          </w:tcPr>
          <w:p w14:paraId="182B03BA" w14:textId="77777777" w:rsidR="00F60338" w:rsidRPr="005906DB" w:rsidRDefault="00000000" w:rsidP="00744916">
            <w:pPr>
              <w:spacing w:before="20" w:after="20" w:line="500" w:lineRule="exact"/>
              <w:jc w:val="both"/>
              <w:rPr>
                <w:sz w:val="22"/>
              </w:rPr>
            </w:pPr>
            <w:r w:rsidRPr="005906DB">
              <w:rPr>
                <w:sz w:val="22"/>
              </w:rPr>
              <w:t>4</w:t>
            </w:r>
          </w:p>
        </w:tc>
        <w:tc>
          <w:tcPr>
            <w:tcW w:w="2552" w:type="dxa"/>
          </w:tcPr>
          <w:p w14:paraId="453AB356" w14:textId="6B4175D2" w:rsidR="00F60338" w:rsidRPr="005906DB" w:rsidRDefault="001D573C" w:rsidP="00744916">
            <w:pPr>
              <w:spacing w:before="20" w:after="20" w:line="500" w:lineRule="exact"/>
              <w:jc w:val="both"/>
              <w:rPr>
                <w:sz w:val="22"/>
              </w:rPr>
            </w:pPr>
            <w:r w:rsidRPr="005906DB">
              <w:rPr>
                <w:rFonts w:hint="eastAsia"/>
                <w:sz w:val="22"/>
              </w:rPr>
              <w:t>费用核算发放</w:t>
            </w:r>
          </w:p>
        </w:tc>
        <w:tc>
          <w:tcPr>
            <w:tcW w:w="2139" w:type="dxa"/>
          </w:tcPr>
          <w:p w14:paraId="77FECFFE" w14:textId="77777777" w:rsidR="00F60338" w:rsidRPr="005906DB" w:rsidRDefault="00000000" w:rsidP="00744916">
            <w:pPr>
              <w:spacing w:before="20" w:after="20" w:line="500" w:lineRule="exact"/>
              <w:jc w:val="both"/>
            </w:pPr>
            <w:r w:rsidRPr="005906DB">
              <w:rPr>
                <w:sz w:val="22"/>
              </w:rPr>
              <w:t>1批</w:t>
            </w:r>
          </w:p>
        </w:tc>
        <w:tc>
          <w:tcPr>
            <w:tcW w:w="1836" w:type="dxa"/>
          </w:tcPr>
          <w:p w14:paraId="057E36BE" w14:textId="77777777" w:rsidR="00F60338" w:rsidRPr="005906DB" w:rsidRDefault="00F60338" w:rsidP="00744916">
            <w:pPr>
              <w:spacing w:before="20" w:after="20" w:line="500" w:lineRule="exact"/>
              <w:jc w:val="both"/>
            </w:pPr>
          </w:p>
        </w:tc>
        <w:tc>
          <w:tcPr>
            <w:tcW w:w="1836" w:type="dxa"/>
          </w:tcPr>
          <w:p w14:paraId="5606C70D" w14:textId="77777777" w:rsidR="00F60338" w:rsidRPr="005906DB" w:rsidRDefault="00F60338" w:rsidP="00744916">
            <w:pPr>
              <w:spacing w:before="20" w:after="20" w:line="500" w:lineRule="exact"/>
              <w:jc w:val="both"/>
            </w:pPr>
          </w:p>
        </w:tc>
      </w:tr>
      <w:tr w:rsidR="00F60338" w:rsidRPr="005906DB" w14:paraId="456BB8B0" w14:textId="77777777" w:rsidTr="001D573C">
        <w:tc>
          <w:tcPr>
            <w:tcW w:w="817" w:type="dxa"/>
          </w:tcPr>
          <w:p w14:paraId="48FAD439" w14:textId="21FE2860" w:rsidR="00F60338" w:rsidRPr="005906DB" w:rsidRDefault="001D573C" w:rsidP="00744916">
            <w:pPr>
              <w:spacing w:before="20" w:after="20" w:line="500" w:lineRule="exact"/>
              <w:jc w:val="both"/>
              <w:rPr>
                <w:lang w:eastAsia="zh-CN"/>
              </w:rPr>
            </w:pPr>
            <w:r w:rsidRPr="005906DB">
              <w:rPr>
                <w:rFonts w:hint="eastAsia"/>
                <w:sz w:val="22"/>
                <w:lang w:eastAsia="zh-CN"/>
              </w:rPr>
              <w:t>5</w:t>
            </w:r>
          </w:p>
        </w:tc>
        <w:tc>
          <w:tcPr>
            <w:tcW w:w="2552" w:type="dxa"/>
          </w:tcPr>
          <w:p w14:paraId="59AC774E" w14:textId="77777777" w:rsidR="00F60338" w:rsidRPr="005906DB" w:rsidRDefault="00000000" w:rsidP="00744916">
            <w:pPr>
              <w:spacing w:before="20" w:after="20" w:line="500" w:lineRule="exact"/>
              <w:jc w:val="both"/>
            </w:pPr>
            <w:proofErr w:type="spellStart"/>
            <w:r w:rsidRPr="005906DB">
              <w:rPr>
                <w:sz w:val="22"/>
              </w:rPr>
              <w:t>项目管理费</w:t>
            </w:r>
            <w:proofErr w:type="spellEnd"/>
          </w:p>
        </w:tc>
        <w:tc>
          <w:tcPr>
            <w:tcW w:w="2139" w:type="dxa"/>
          </w:tcPr>
          <w:p w14:paraId="4869DB0E" w14:textId="77777777" w:rsidR="00F60338" w:rsidRPr="005906DB" w:rsidRDefault="00000000" w:rsidP="00744916">
            <w:pPr>
              <w:spacing w:before="20" w:after="20" w:line="500" w:lineRule="exact"/>
              <w:jc w:val="both"/>
            </w:pPr>
            <w:r w:rsidRPr="005906DB">
              <w:rPr>
                <w:sz w:val="22"/>
              </w:rPr>
              <w:t>1项</w:t>
            </w:r>
          </w:p>
        </w:tc>
        <w:tc>
          <w:tcPr>
            <w:tcW w:w="1836" w:type="dxa"/>
          </w:tcPr>
          <w:p w14:paraId="20057B42" w14:textId="77777777" w:rsidR="00F60338" w:rsidRPr="005906DB" w:rsidRDefault="00F60338" w:rsidP="00744916">
            <w:pPr>
              <w:spacing w:before="20" w:after="20" w:line="500" w:lineRule="exact"/>
              <w:jc w:val="both"/>
            </w:pPr>
          </w:p>
        </w:tc>
        <w:tc>
          <w:tcPr>
            <w:tcW w:w="1836" w:type="dxa"/>
          </w:tcPr>
          <w:p w14:paraId="0D565E48" w14:textId="77777777" w:rsidR="00F60338" w:rsidRPr="005906DB" w:rsidRDefault="00F60338" w:rsidP="00744916">
            <w:pPr>
              <w:spacing w:before="20" w:after="20" w:line="500" w:lineRule="exact"/>
              <w:jc w:val="both"/>
            </w:pPr>
          </w:p>
        </w:tc>
      </w:tr>
      <w:tr w:rsidR="00F60338" w:rsidRPr="005906DB" w14:paraId="1D3A8E79" w14:textId="77777777" w:rsidTr="001D573C">
        <w:tc>
          <w:tcPr>
            <w:tcW w:w="817" w:type="dxa"/>
          </w:tcPr>
          <w:p w14:paraId="50990B2F" w14:textId="77777777" w:rsidR="00F60338" w:rsidRPr="005906DB" w:rsidRDefault="00F60338" w:rsidP="00744916">
            <w:pPr>
              <w:spacing w:before="20" w:after="20" w:line="500" w:lineRule="exact"/>
              <w:jc w:val="both"/>
            </w:pPr>
          </w:p>
        </w:tc>
        <w:tc>
          <w:tcPr>
            <w:tcW w:w="2552" w:type="dxa"/>
          </w:tcPr>
          <w:p w14:paraId="1A4EDC59" w14:textId="77777777" w:rsidR="00F60338" w:rsidRPr="005906DB" w:rsidRDefault="00000000" w:rsidP="00744916">
            <w:pPr>
              <w:spacing w:before="20" w:after="20" w:line="500" w:lineRule="exact"/>
              <w:jc w:val="both"/>
            </w:pPr>
            <w:r w:rsidRPr="005906DB">
              <w:rPr>
                <w:sz w:val="22"/>
              </w:rPr>
              <w:t>合计</w:t>
            </w:r>
          </w:p>
        </w:tc>
        <w:tc>
          <w:tcPr>
            <w:tcW w:w="2139" w:type="dxa"/>
          </w:tcPr>
          <w:p w14:paraId="5E6806BD" w14:textId="77777777" w:rsidR="00F60338" w:rsidRPr="005906DB" w:rsidRDefault="00F60338" w:rsidP="00744916">
            <w:pPr>
              <w:spacing w:before="20" w:after="20" w:line="500" w:lineRule="exact"/>
              <w:jc w:val="both"/>
            </w:pPr>
          </w:p>
        </w:tc>
        <w:tc>
          <w:tcPr>
            <w:tcW w:w="1836" w:type="dxa"/>
          </w:tcPr>
          <w:p w14:paraId="57D77AA4" w14:textId="77777777" w:rsidR="00F60338" w:rsidRPr="005906DB" w:rsidRDefault="00F60338" w:rsidP="00744916">
            <w:pPr>
              <w:spacing w:before="20" w:after="20" w:line="500" w:lineRule="exact"/>
              <w:jc w:val="both"/>
            </w:pPr>
          </w:p>
        </w:tc>
        <w:tc>
          <w:tcPr>
            <w:tcW w:w="1836" w:type="dxa"/>
          </w:tcPr>
          <w:p w14:paraId="0088DAB2" w14:textId="77777777" w:rsidR="00F60338" w:rsidRPr="005906DB" w:rsidRDefault="00F60338" w:rsidP="00744916">
            <w:pPr>
              <w:spacing w:before="20" w:after="20" w:line="500" w:lineRule="exact"/>
              <w:jc w:val="both"/>
            </w:pPr>
          </w:p>
        </w:tc>
      </w:tr>
    </w:tbl>
    <w:p w14:paraId="6A786716" w14:textId="77777777" w:rsidR="00F60338" w:rsidRPr="005906DB" w:rsidRDefault="00000000" w:rsidP="00744916">
      <w:pPr>
        <w:spacing w:line="500" w:lineRule="exact"/>
        <w:jc w:val="both"/>
        <w:rPr>
          <w:lang w:eastAsia="zh-CN"/>
        </w:rPr>
      </w:pPr>
      <w:r w:rsidRPr="005906DB">
        <w:rPr>
          <w:lang w:eastAsia="zh-CN"/>
        </w:rPr>
        <w:t>供应商名称（盖章）：              法定代表人或授权代表（签字）：              日期：</w:t>
      </w:r>
    </w:p>
    <w:p w14:paraId="2817A600" w14:textId="77777777" w:rsidR="00F60338" w:rsidRPr="005906DB" w:rsidRDefault="00000000" w:rsidP="00744916">
      <w:pPr>
        <w:spacing w:line="500" w:lineRule="exact"/>
        <w:jc w:val="both"/>
        <w:rPr>
          <w:lang w:eastAsia="zh-CN"/>
        </w:rPr>
      </w:pPr>
      <w:r w:rsidRPr="005906DB">
        <w:rPr>
          <w:lang w:eastAsia="zh-CN"/>
        </w:rPr>
        <w:t>注：报价货币为人民币，报价总价应包括增值税在内的所有税费。</w:t>
      </w:r>
    </w:p>
    <w:p w14:paraId="4436AF20" w14:textId="77777777" w:rsidR="00BA5EEF" w:rsidRPr="005906DB" w:rsidRDefault="00BA5EEF" w:rsidP="00744916">
      <w:pPr>
        <w:spacing w:before="60" w:after="40" w:line="500" w:lineRule="exact"/>
        <w:jc w:val="both"/>
        <w:rPr>
          <w:rFonts w:ascii="黑体" w:eastAsia="黑体" w:hAnsi="黑体"/>
          <w:lang w:eastAsia="zh-CN"/>
        </w:rPr>
      </w:pPr>
    </w:p>
    <w:p w14:paraId="2E48188E" w14:textId="0E6E9AD6" w:rsidR="00F60338" w:rsidRPr="005906DB" w:rsidRDefault="00000000" w:rsidP="00744916">
      <w:pPr>
        <w:spacing w:before="60" w:after="40" w:line="500" w:lineRule="exact"/>
        <w:jc w:val="both"/>
        <w:rPr>
          <w:lang w:eastAsia="zh-CN"/>
        </w:rPr>
      </w:pPr>
      <w:r w:rsidRPr="005906DB">
        <w:rPr>
          <w:rFonts w:ascii="黑体" w:eastAsia="黑体" w:hAnsi="黑体"/>
          <w:lang w:eastAsia="zh-CN"/>
        </w:rPr>
        <w:t>附件5. 技术方案</w:t>
      </w:r>
    </w:p>
    <w:p w14:paraId="1EE2CF2A" w14:textId="77777777" w:rsidR="00F60338" w:rsidRPr="005906DB" w:rsidRDefault="00000000" w:rsidP="00744916">
      <w:pPr>
        <w:spacing w:line="500" w:lineRule="exact"/>
        <w:jc w:val="both"/>
        <w:rPr>
          <w:lang w:eastAsia="zh-CN"/>
        </w:rPr>
      </w:pPr>
      <w:r w:rsidRPr="005906DB">
        <w:rPr>
          <w:lang w:eastAsia="zh-CN"/>
        </w:rPr>
        <w:t>（供应商根据项目需求书要求自行编写技术方案）</w:t>
      </w:r>
    </w:p>
    <w:p w14:paraId="6A69B4FC" w14:textId="77777777" w:rsidR="00BA5EEF" w:rsidRPr="005906DB" w:rsidRDefault="00BA5EEF" w:rsidP="00744916">
      <w:pPr>
        <w:spacing w:before="60" w:after="40" w:line="500" w:lineRule="exact"/>
        <w:jc w:val="both"/>
        <w:rPr>
          <w:rFonts w:ascii="黑体" w:eastAsia="黑体" w:hAnsi="黑体"/>
          <w:lang w:eastAsia="zh-CN"/>
        </w:rPr>
      </w:pPr>
    </w:p>
    <w:p w14:paraId="7E322DFC" w14:textId="22CAA82D" w:rsidR="00F60338" w:rsidRDefault="00000000" w:rsidP="00744916">
      <w:pPr>
        <w:spacing w:before="60" w:after="40" w:line="500" w:lineRule="exact"/>
        <w:jc w:val="both"/>
        <w:rPr>
          <w:lang w:eastAsia="zh-CN"/>
        </w:rPr>
      </w:pPr>
      <w:r w:rsidRPr="005906DB">
        <w:rPr>
          <w:rFonts w:ascii="黑体" w:eastAsia="黑体" w:hAnsi="黑体"/>
          <w:lang w:eastAsia="zh-CN"/>
        </w:rPr>
        <w:t>附件6. 供应商自行提交的其他文件</w:t>
      </w:r>
    </w:p>
    <w:sectPr w:rsidR="00F60338" w:rsidSect="00034616">
      <w:pgSz w:w="12240" w:h="15840"/>
      <w:pgMar w:top="1417" w:right="1474" w:bottom="1417"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方正小标宋简体">
    <w:altName w:val="方正小标宋简体"/>
    <w:panose1 w:val="020B0604020202020204"/>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altName w:val="KaiTi"/>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25254361">
    <w:abstractNumId w:val="8"/>
  </w:num>
  <w:num w:numId="2" w16cid:durableId="1640304066">
    <w:abstractNumId w:val="6"/>
  </w:num>
  <w:num w:numId="3" w16cid:durableId="30108540">
    <w:abstractNumId w:val="5"/>
  </w:num>
  <w:num w:numId="4" w16cid:durableId="1203402862">
    <w:abstractNumId w:val="4"/>
  </w:num>
  <w:num w:numId="5" w16cid:durableId="1069378235">
    <w:abstractNumId w:val="7"/>
  </w:num>
  <w:num w:numId="6" w16cid:durableId="1352029698">
    <w:abstractNumId w:val="3"/>
  </w:num>
  <w:num w:numId="7" w16cid:durableId="2094693619">
    <w:abstractNumId w:val="2"/>
  </w:num>
  <w:num w:numId="8" w16cid:durableId="177548725">
    <w:abstractNumId w:val="1"/>
  </w:num>
  <w:num w:numId="9" w16cid:durableId="104807298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1"/>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D573C"/>
    <w:rsid w:val="0029639D"/>
    <w:rsid w:val="00326F90"/>
    <w:rsid w:val="004A127D"/>
    <w:rsid w:val="004B11D5"/>
    <w:rsid w:val="005906DB"/>
    <w:rsid w:val="00744916"/>
    <w:rsid w:val="007D4908"/>
    <w:rsid w:val="009E492B"/>
    <w:rsid w:val="00AA1D8D"/>
    <w:rsid w:val="00AB5320"/>
    <w:rsid w:val="00AE7A9E"/>
    <w:rsid w:val="00B47730"/>
    <w:rsid w:val="00BA5EEF"/>
    <w:rsid w:val="00BE4B52"/>
    <w:rsid w:val="00CB0664"/>
    <w:rsid w:val="00D457F9"/>
    <w:rsid w:val="00F6033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677CBC"/>
  <w14:defaultImageDpi w14:val="300"/>
  <w15:docId w15:val="{FDDAEAA3-7798-4448-9D83-A3029AAA2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0" w:line="240" w:lineRule="auto"/>
    </w:pPr>
    <w:rPr>
      <w:rFonts w:ascii="仿宋" w:eastAsia="仿宋" w:hAnsi="仿宋"/>
      <w:sz w:val="32"/>
    </w:rPr>
  </w:style>
  <w:style w:type="paragraph" w:styleId="1">
    <w:name w:val="heading 1"/>
    <w:basedOn w:val="a1"/>
    <w:next w:val="a1"/>
    <w:link w:val="10"/>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9</Pages>
  <Words>476</Words>
  <Characters>2715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m29614@365mso.com</cp:lastModifiedBy>
  <cp:revision>7</cp:revision>
  <dcterms:created xsi:type="dcterms:W3CDTF">2013-12-23T23:15:00Z</dcterms:created>
  <dcterms:modified xsi:type="dcterms:W3CDTF">2026-08-03T06:12:00Z</dcterms:modified>
  <cp:category/>
</cp:coreProperties>
</file>